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0E18C" w14:textId="77777777" w:rsidR="00DF04B6" w:rsidRDefault="00000000">
      <w:pPr>
        <w:pStyle w:val="Heading1"/>
      </w:pPr>
      <w:r>
        <w:rPr>
          <w:sz w:val="36"/>
        </w:rPr>
        <w:t>Customer Service Ultra-Excellence Training Program</w:t>
      </w:r>
    </w:p>
    <w:p w14:paraId="6B47DCA0" w14:textId="77777777" w:rsidR="00AD7811" w:rsidRDefault="00AD7811" w:rsidP="00AD7811">
      <w:pPr>
        <w:rPr>
          <w:b/>
          <w:bCs/>
          <w:rtl/>
          <w:lang w:val="en-CA"/>
        </w:rPr>
      </w:pPr>
    </w:p>
    <w:p w14:paraId="1C76AD4E" w14:textId="3DC5E0A5" w:rsidR="00AD7811" w:rsidRPr="00AD7811" w:rsidRDefault="00AD7811" w:rsidP="00AD7811">
      <w:pPr>
        <w:rPr>
          <w:b/>
          <w:bCs/>
          <w:lang w:val="en-CA"/>
        </w:rPr>
      </w:pPr>
      <w:r w:rsidRPr="00AD7811">
        <w:rPr>
          <w:b/>
          <w:bCs/>
          <w:lang w:val="en-CA"/>
        </w:rPr>
        <w:t>1. Introduction</w:t>
      </w:r>
    </w:p>
    <w:p w14:paraId="0FE3420F" w14:textId="77777777" w:rsidR="00AD7811" w:rsidRPr="00AD7811" w:rsidRDefault="00AD7811" w:rsidP="00AD7811">
      <w:pPr>
        <w:rPr>
          <w:lang w:val="en-CA"/>
        </w:rPr>
      </w:pPr>
      <w:r w:rsidRPr="00AD7811">
        <w:rPr>
          <w:lang w:val="en-CA"/>
        </w:rPr>
        <w:t>In today's hyper-competitive market, customer service excellence is a strategic differentiator that directly impacts brand loyalty, revenue, and organizational reputation. This program is designed to transform customer-facing professionals into service ambassadors who consistently deliver exceptional experiences.</w:t>
      </w:r>
    </w:p>
    <w:p w14:paraId="1C6A002F" w14:textId="77777777" w:rsidR="00AD7811" w:rsidRPr="00AD7811" w:rsidRDefault="00AD7811" w:rsidP="00AD7811">
      <w:pPr>
        <w:rPr>
          <w:lang w:val="en-CA"/>
        </w:rPr>
      </w:pPr>
      <w:r w:rsidRPr="00AD7811">
        <w:rPr>
          <w:lang w:val="en-CA"/>
        </w:rPr>
        <w:t xml:space="preserve">The training leverages advanced methodologies including </w:t>
      </w:r>
      <w:r w:rsidRPr="00AD7811">
        <w:rPr>
          <w:b/>
          <w:bCs/>
          <w:lang w:val="en-CA"/>
        </w:rPr>
        <w:t>Design Thinking</w:t>
      </w:r>
      <w:r w:rsidRPr="00AD7811">
        <w:rPr>
          <w:lang w:val="en-CA"/>
        </w:rPr>
        <w:t xml:space="preserve">, </w:t>
      </w:r>
      <w:r w:rsidRPr="00AD7811">
        <w:rPr>
          <w:b/>
          <w:bCs/>
          <w:lang w:val="en-CA"/>
        </w:rPr>
        <w:t>Service Blueprinting</w:t>
      </w:r>
      <w:r w:rsidRPr="00AD7811">
        <w:rPr>
          <w:lang w:val="en-CA"/>
        </w:rPr>
        <w:t xml:space="preserve">, and </w:t>
      </w:r>
      <w:r w:rsidRPr="00AD7811">
        <w:rPr>
          <w:b/>
          <w:bCs/>
          <w:lang w:val="en-CA"/>
        </w:rPr>
        <w:t>Experiential Learning</w:t>
      </w:r>
      <w:r w:rsidRPr="00AD7811">
        <w:rPr>
          <w:lang w:val="en-CA"/>
        </w:rPr>
        <w:t>, ensuring that participants not only acquire knowledge but also develop practical skills that can be immediately applied in real-life scenarios.</w:t>
      </w:r>
    </w:p>
    <w:p w14:paraId="2995D089" w14:textId="77777777" w:rsidR="00AD7811" w:rsidRPr="00AD7811" w:rsidRDefault="00AD7811" w:rsidP="00AD7811">
      <w:pPr>
        <w:rPr>
          <w:lang w:val="en-CA"/>
        </w:rPr>
      </w:pPr>
      <w:r w:rsidRPr="00AD7811">
        <w:rPr>
          <w:lang w:val="en-CA"/>
        </w:rPr>
        <w:t>By the end of the program, participants will be able to map and optimize customer journeys, identify key service moments that drive loyalty, and implement service recovery strategies that convert challenges into opportunities.</w:t>
      </w:r>
    </w:p>
    <w:p w14:paraId="736DD9DA" w14:textId="423D1E72" w:rsidR="00AD7811" w:rsidRPr="00AD7811" w:rsidRDefault="00AD7811" w:rsidP="00AD7811">
      <w:pPr>
        <w:rPr>
          <w:lang w:val="en-CA"/>
        </w:rPr>
      </w:pPr>
    </w:p>
    <w:p w14:paraId="584B8857" w14:textId="77777777" w:rsidR="00AD7811" w:rsidRPr="00AD7811" w:rsidRDefault="00AD7811" w:rsidP="00AD7811">
      <w:pPr>
        <w:rPr>
          <w:b/>
          <w:bCs/>
          <w:lang w:val="en-CA"/>
        </w:rPr>
      </w:pPr>
      <w:r w:rsidRPr="00AD7811">
        <w:rPr>
          <w:b/>
          <w:bCs/>
          <w:lang w:val="en-CA"/>
        </w:rPr>
        <w:t>2. Program Objectives</w:t>
      </w:r>
    </w:p>
    <w:p w14:paraId="64BA4D17" w14:textId="77777777" w:rsidR="00AD7811" w:rsidRPr="00AD7811" w:rsidRDefault="00AD7811" w:rsidP="00AD7811">
      <w:pPr>
        <w:rPr>
          <w:lang w:val="en-CA"/>
        </w:rPr>
      </w:pPr>
      <w:r w:rsidRPr="00AD7811">
        <w:rPr>
          <w:b/>
          <w:bCs/>
          <w:lang w:val="en-CA"/>
        </w:rPr>
        <w:t>General Objectives:</w:t>
      </w:r>
    </w:p>
    <w:p w14:paraId="5A2C633D" w14:textId="77777777" w:rsidR="00AD7811" w:rsidRPr="00AD7811" w:rsidRDefault="00AD7811" w:rsidP="00AD7811">
      <w:pPr>
        <w:numPr>
          <w:ilvl w:val="0"/>
          <w:numId w:val="10"/>
        </w:numPr>
        <w:rPr>
          <w:lang w:val="en-CA"/>
        </w:rPr>
      </w:pPr>
      <w:r w:rsidRPr="00AD7811">
        <w:rPr>
          <w:lang w:val="en-CA"/>
        </w:rPr>
        <w:t>Build an advanced customer service mindset grounded in empathy and problem-solving.</w:t>
      </w:r>
    </w:p>
    <w:p w14:paraId="73E80CF9" w14:textId="77777777" w:rsidR="00AD7811" w:rsidRPr="00AD7811" w:rsidRDefault="00AD7811" w:rsidP="00AD7811">
      <w:pPr>
        <w:numPr>
          <w:ilvl w:val="0"/>
          <w:numId w:val="10"/>
        </w:numPr>
        <w:rPr>
          <w:lang w:val="en-CA"/>
        </w:rPr>
      </w:pPr>
      <w:r w:rsidRPr="00AD7811">
        <w:rPr>
          <w:lang w:val="en-CA"/>
        </w:rPr>
        <w:t>Enhance customer loyalty, satisfaction, and advocacy.</w:t>
      </w:r>
    </w:p>
    <w:p w14:paraId="2846A94A" w14:textId="77777777" w:rsidR="00AD7811" w:rsidRPr="00AD7811" w:rsidRDefault="00AD7811" w:rsidP="00AD7811">
      <w:pPr>
        <w:numPr>
          <w:ilvl w:val="0"/>
          <w:numId w:val="10"/>
        </w:numPr>
        <w:rPr>
          <w:lang w:val="en-CA"/>
        </w:rPr>
      </w:pPr>
      <w:r w:rsidRPr="00AD7811">
        <w:rPr>
          <w:lang w:val="en-CA"/>
        </w:rPr>
        <w:t>Standardize high-quality service across all organizational touchpoints.</w:t>
      </w:r>
    </w:p>
    <w:p w14:paraId="39D94709" w14:textId="77777777" w:rsidR="00AD7811" w:rsidRPr="00AD7811" w:rsidRDefault="00AD7811" w:rsidP="00AD7811">
      <w:pPr>
        <w:numPr>
          <w:ilvl w:val="0"/>
          <w:numId w:val="10"/>
        </w:numPr>
        <w:rPr>
          <w:lang w:val="en-CA"/>
        </w:rPr>
      </w:pPr>
      <w:r w:rsidRPr="00AD7811">
        <w:rPr>
          <w:lang w:val="en-CA"/>
        </w:rPr>
        <w:t>Promote a culture of continuous improvement and innovation in service delivery.</w:t>
      </w:r>
    </w:p>
    <w:p w14:paraId="5F87053A" w14:textId="77777777" w:rsidR="00AD7811" w:rsidRPr="00AD7811" w:rsidRDefault="00AD7811" w:rsidP="00AD7811">
      <w:pPr>
        <w:rPr>
          <w:lang w:val="en-CA"/>
        </w:rPr>
      </w:pPr>
      <w:r w:rsidRPr="00AD7811">
        <w:rPr>
          <w:b/>
          <w:bCs/>
          <w:lang w:val="en-CA"/>
        </w:rPr>
        <w:t>Specific Objectives:</w:t>
      </w:r>
    </w:p>
    <w:p w14:paraId="59E05D8E" w14:textId="77777777" w:rsidR="00AD7811" w:rsidRPr="00AD7811" w:rsidRDefault="00AD7811" w:rsidP="00AD7811">
      <w:pPr>
        <w:numPr>
          <w:ilvl w:val="0"/>
          <w:numId w:val="11"/>
        </w:numPr>
        <w:rPr>
          <w:lang w:val="en-CA"/>
        </w:rPr>
      </w:pPr>
      <w:r w:rsidRPr="00AD7811">
        <w:rPr>
          <w:lang w:val="en-CA"/>
        </w:rPr>
        <w:t xml:space="preserve">Analyze the full </w:t>
      </w:r>
      <w:r w:rsidRPr="00AD7811">
        <w:rPr>
          <w:b/>
          <w:bCs/>
          <w:lang w:val="en-CA"/>
        </w:rPr>
        <w:t>customer journey</w:t>
      </w:r>
      <w:r w:rsidRPr="00AD7811">
        <w:rPr>
          <w:lang w:val="en-CA"/>
        </w:rPr>
        <w:t xml:space="preserve"> and identify critical interaction points.</w:t>
      </w:r>
    </w:p>
    <w:p w14:paraId="0F720879" w14:textId="77777777" w:rsidR="00AD7811" w:rsidRPr="00AD7811" w:rsidRDefault="00AD7811" w:rsidP="00AD7811">
      <w:pPr>
        <w:numPr>
          <w:ilvl w:val="0"/>
          <w:numId w:val="11"/>
        </w:numPr>
        <w:rPr>
          <w:lang w:val="en-CA"/>
        </w:rPr>
      </w:pPr>
      <w:r w:rsidRPr="00AD7811">
        <w:rPr>
          <w:lang w:val="en-CA"/>
        </w:rPr>
        <w:t>Master techniques for managing difficult customers and complex service recovery.</w:t>
      </w:r>
    </w:p>
    <w:p w14:paraId="24BBD569" w14:textId="77777777" w:rsidR="00AD7811" w:rsidRPr="00AD7811" w:rsidRDefault="00AD7811" w:rsidP="00AD7811">
      <w:pPr>
        <w:numPr>
          <w:ilvl w:val="0"/>
          <w:numId w:val="11"/>
        </w:numPr>
        <w:rPr>
          <w:lang w:val="en-CA"/>
        </w:rPr>
      </w:pPr>
      <w:r w:rsidRPr="00AD7811">
        <w:rPr>
          <w:lang w:val="en-CA"/>
        </w:rPr>
        <w:t>Develop personalized strategies to create moments of delight that exceed expectations.</w:t>
      </w:r>
    </w:p>
    <w:p w14:paraId="54F6F39C" w14:textId="77777777" w:rsidR="00AD7811" w:rsidRPr="00AD7811" w:rsidRDefault="00AD7811" w:rsidP="00AD7811">
      <w:pPr>
        <w:numPr>
          <w:ilvl w:val="0"/>
          <w:numId w:val="11"/>
        </w:numPr>
        <w:rPr>
          <w:lang w:val="en-CA"/>
        </w:rPr>
      </w:pPr>
      <w:r w:rsidRPr="00AD7811">
        <w:rPr>
          <w:lang w:val="en-CA"/>
        </w:rPr>
        <w:t>Translate theoretical knowledge into practical applications within participants’ workplace contexts.</w:t>
      </w:r>
    </w:p>
    <w:p w14:paraId="20EC990A" w14:textId="77777777" w:rsidR="00AD7811" w:rsidRPr="00AD7811" w:rsidRDefault="00AD7811" w:rsidP="00AD7811">
      <w:pPr>
        <w:numPr>
          <w:ilvl w:val="0"/>
          <w:numId w:val="11"/>
        </w:numPr>
        <w:rPr>
          <w:lang w:val="en-CA"/>
        </w:rPr>
      </w:pPr>
      <w:r w:rsidRPr="00AD7811">
        <w:rPr>
          <w:lang w:val="en-CA"/>
        </w:rPr>
        <w:lastRenderedPageBreak/>
        <w:t>Build actionable service improvement plans that include KPIs and measurable outcomes.</w:t>
      </w:r>
    </w:p>
    <w:p w14:paraId="2FB7E7A8" w14:textId="703F2A0D" w:rsidR="00AD7811" w:rsidRPr="00AD7811" w:rsidRDefault="00AD7811" w:rsidP="00AD7811">
      <w:pPr>
        <w:rPr>
          <w:lang w:val="en-CA"/>
        </w:rPr>
      </w:pPr>
    </w:p>
    <w:p w14:paraId="3D3ED566" w14:textId="77777777" w:rsidR="00AD7811" w:rsidRPr="00AD7811" w:rsidRDefault="00AD7811" w:rsidP="00AD7811">
      <w:pPr>
        <w:rPr>
          <w:b/>
          <w:bCs/>
          <w:lang w:val="en-CA"/>
        </w:rPr>
      </w:pPr>
      <w:r w:rsidRPr="00AD7811">
        <w:rPr>
          <w:b/>
          <w:bCs/>
          <w:lang w:val="en-CA"/>
        </w:rPr>
        <w:t>3. Training Structure</w:t>
      </w:r>
    </w:p>
    <w:p w14:paraId="2E8D7AD4" w14:textId="77777777" w:rsidR="00AD7811" w:rsidRPr="00AD7811" w:rsidRDefault="00AD7811" w:rsidP="00AD7811">
      <w:pPr>
        <w:numPr>
          <w:ilvl w:val="0"/>
          <w:numId w:val="12"/>
        </w:numPr>
        <w:rPr>
          <w:lang w:val="en-CA"/>
        </w:rPr>
      </w:pPr>
      <w:r w:rsidRPr="00AD7811">
        <w:rPr>
          <w:b/>
          <w:bCs/>
          <w:lang w:val="en-CA"/>
        </w:rPr>
        <w:t>Total Duration:</w:t>
      </w:r>
      <w:r w:rsidRPr="00AD7811">
        <w:rPr>
          <w:lang w:val="en-CA"/>
        </w:rPr>
        <w:t xml:space="preserve"> 5 Training Days per cycle</w:t>
      </w:r>
    </w:p>
    <w:p w14:paraId="04ADE984" w14:textId="77777777" w:rsidR="00AD7811" w:rsidRPr="00AD7811" w:rsidRDefault="00AD7811" w:rsidP="00AD7811">
      <w:pPr>
        <w:numPr>
          <w:ilvl w:val="0"/>
          <w:numId w:val="12"/>
        </w:numPr>
        <w:rPr>
          <w:lang w:val="en-CA"/>
        </w:rPr>
      </w:pPr>
      <w:r w:rsidRPr="00AD7811">
        <w:rPr>
          <w:b/>
          <w:bCs/>
          <w:lang w:val="en-CA"/>
        </w:rPr>
        <w:t>Daily Hours:</w:t>
      </w:r>
      <w:r w:rsidRPr="00AD7811">
        <w:rPr>
          <w:lang w:val="en-CA"/>
        </w:rPr>
        <w:t xml:space="preserve"> 5 Hours</w:t>
      </w:r>
    </w:p>
    <w:p w14:paraId="1EE41FE8" w14:textId="77777777" w:rsidR="00AD7811" w:rsidRPr="00AD7811" w:rsidRDefault="00AD7811" w:rsidP="00AD7811">
      <w:pPr>
        <w:numPr>
          <w:ilvl w:val="0"/>
          <w:numId w:val="12"/>
        </w:numPr>
        <w:rPr>
          <w:lang w:val="en-CA"/>
        </w:rPr>
      </w:pPr>
      <w:r w:rsidRPr="00AD7811">
        <w:rPr>
          <w:b/>
          <w:bCs/>
          <w:lang w:val="en-CA"/>
        </w:rPr>
        <w:t>Total Hours per Cycle:</w:t>
      </w:r>
      <w:r w:rsidRPr="00AD7811">
        <w:rPr>
          <w:lang w:val="en-CA"/>
        </w:rPr>
        <w:t xml:space="preserve"> 25 Hours</w:t>
      </w:r>
    </w:p>
    <w:p w14:paraId="30A8CE8A" w14:textId="77777777" w:rsidR="00AD7811" w:rsidRPr="00AD7811" w:rsidRDefault="00AD7811" w:rsidP="00AD7811">
      <w:pPr>
        <w:numPr>
          <w:ilvl w:val="0"/>
          <w:numId w:val="12"/>
        </w:numPr>
        <w:rPr>
          <w:lang w:val="en-CA"/>
        </w:rPr>
      </w:pPr>
      <w:r w:rsidRPr="00AD7811">
        <w:rPr>
          <w:b/>
          <w:bCs/>
          <w:lang w:val="en-CA"/>
        </w:rPr>
        <w:t>Number of Training Cycles:</w:t>
      </w:r>
      <w:r w:rsidRPr="00AD7811">
        <w:rPr>
          <w:lang w:val="en-CA"/>
        </w:rPr>
        <w:t xml:space="preserve"> 10</w:t>
      </w:r>
    </w:p>
    <w:p w14:paraId="57085401" w14:textId="77777777" w:rsidR="00AD7811" w:rsidRPr="00AD7811" w:rsidRDefault="00AD7811" w:rsidP="00AD7811">
      <w:pPr>
        <w:numPr>
          <w:ilvl w:val="0"/>
          <w:numId w:val="12"/>
        </w:numPr>
        <w:rPr>
          <w:lang w:val="en-CA"/>
        </w:rPr>
      </w:pPr>
      <w:r w:rsidRPr="00AD7811">
        <w:rPr>
          <w:b/>
          <w:bCs/>
          <w:lang w:val="en-CA"/>
        </w:rPr>
        <w:t>Delivery Methods:</w:t>
      </w:r>
    </w:p>
    <w:p w14:paraId="758B9C54" w14:textId="77777777" w:rsidR="00AD7811" w:rsidRPr="00AD7811" w:rsidRDefault="00AD7811" w:rsidP="00AD7811">
      <w:pPr>
        <w:numPr>
          <w:ilvl w:val="1"/>
          <w:numId w:val="12"/>
        </w:numPr>
        <w:rPr>
          <w:lang w:val="en-CA"/>
        </w:rPr>
      </w:pPr>
      <w:r w:rsidRPr="00AD7811">
        <w:rPr>
          <w:lang w:val="en-CA"/>
        </w:rPr>
        <w:t>Interactive workshops</w:t>
      </w:r>
    </w:p>
    <w:p w14:paraId="07F926EC" w14:textId="77777777" w:rsidR="00AD7811" w:rsidRPr="00AD7811" w:rsidRDefault="00AD7811" w:rsidP="00AD7811">
      <w:pPr>
        <w:numPr>
          <w:ilvl w:val="1"/>
          <w:numId w:val="12"/>
        </w:numPr>
        <w:rPr>
          <w:lang w:val="en-CA"/>
        </w:rPr>
      </w:pPr>
      <w:r w:rsidRPr="00AD7811">
        <w:rPr>
          <w:lang w:val="en-CA"/>
        </w:rPr>
        <w:t>Hands-on simulations</w:t>
      </w:r>
    </w:p>
    <w:p w14:paraId="7C56EE7E" w14:textId="77777777" w:rsidR="00AD7811" w:rsidRPr="00AD7811" w:rsidRDefault="00AD7811" w:rsidP="00AD7811">
      <w:pPr>
        <w:numPr>
          <w:ilvl w:val="1"/>
          <w:numId w:val="12"/>
        </w:numPr>
        <w:rPr>
          <w:lang w:val="en-CA"/>
        </w:rPr>
      </w:pPr>
      <w:r w:rsidRPr="00AD7811">
        <w:rPr>
          <w:lang w:val="en-CA"/>
        </w:rPr>
        <w:t>Case studies and real-life scenarios</w:t>
      </w:r>
    </w:p>
    <w:p w14:paraId="2E0851E8" w14:textId="77777777" w:rsidR="00AD7811" w:rsidRPr="00AD7811" w:rsidRDefault="00AD7811" w:rsidP="00AD7811">
      <w:pPr>
        <w:numPr>
          <w:ilvl w:val="1"/>
          <w:numId w:val="12"/>
        </w:numPr>
        <w:rPr>
          <w:lang w:val="en-CA"/>
        </w:rPr>
      </w:pPr>
      <w:r w:rsidRPr="00AD7811">
        <w:rPr>
          <w:lang w:val="en-CA"/>
        </w:rPr>
        <w:t>Group discussions and collaborative exercises</w:t>
      </w:r>
    </w:p>
    <w:p w14:paraId="103B0E1F" w14:textId="77777777" w:rsidR="00AD7811" w:rsidRPr="00AD7811" w:rsidRDefault="00AD7811" w:rsidP="00AD7811">
      <w:pPr>
        <w:numPr>
          <w:ilvl w:val="1"/>
          <w:numId w:val="12"/>
        </w:numPr>
        <w:rPr>
          <w:lang w:val="en-CA"/>
        </w:rPr>
      </w:pPr>
      <w:r w:rsidRPr="00AD7811">
        <w:rPr>
          <w:lang w:val="en-CA"/>
        </w:rPr>
        <w:t>Role-play with feedback sessions</w:t>
      </w:r>
    </w:p>
    <w:p w14:paraId="449970C3" w14:textId="77777777" w:rsidR="00AD7811" w:rsidRPr="00AD7811" w:rsidRDefault="00AD7811" w:rsidP="00AD7811">
      <w:pPr>
        <w:rPr>
          <w:lang w:val="en-CA"/>
        </w:rPr>
      </w:pPr>
      <w:r w:rsidRPr="00AD7811">
        <w:rPr>
          <w:lang w:val="en-CA"/>
        </w:rPr>
        <w:t xml:space="preserve">Each cycle is designed to progressively build skills, ensuring that participants can </w:t>
      </w:r>
      <w:r w:rsidRPr="00AD7811">
        <w:rPr>
          <w:b/>
          <w:bCs/>
          <w:lang w:val="en-CA"/>
        </w:rPr>
        <w:t>apply learnings immediately</w:t>
      </w:r>
      <w:r w:rsidRPr="00AD7811">
        <w:rPr>
          <w:lang w:val="en-CA"/>
        </w:rPr>
        <w:t xml:space="preserve"> and integrate them into their daily work practices.</w:t>
      </w:r>
    </w:p>
    <w:p w14:paraId="4D87B6D7" w14:textId="11727D57" w:rsidR="00AD7811" w:rsidRPr="00AD7811" w:rsidRDefault="00AD7811" w:rsidP="00AD7811">
      <w:pPr>
        <w:rPr>
          <w:lang w:val="en-CA"/>
        </w:rPr>
      </w:pPr>
    </w:p>
    <w:p w14:paraId="6A7E3350" w14:textId="77777777" w:rsidR="00AD7811" w:rsidRPr="00AD7811" w:rsidRDefault="00AD7811" w:rsidP="00AD7811">
      <w:pPr>
        <w:rPr>
          <w:b/>
          <w:bCs/>
          <w:lang w:val="en-CA"/>
        </w:rPr>
      </w:pPr>
      <w:r w:rsidRPr="00AD7811">
        <w:rPr>
          <w:b/>
          <w:bCs/>
          <w:lang w:val="en-CA"/>
        </w:rPr>
        <w:t>4. Training Modules &amp; Detailed Content</w:t>
      </w:r>
    </w:p>
    <w:p w14:paraId="068382C5" w14:textId="77777777" w:rsidR="00AD7811" w:rsidRPr="00AD7811" w:rsidRDefault="00AD7811" w:rsidP="00AD7811">
      <w:pPr>
        <w:rPr>
          <w:lang w:val="en-CA"/>
        </w:rPr>
      </w:pPr>
      <w:r w:rsidRPr="00AD7811">
        <w:rPr>
          <w:b/>
          <w:bCs/>
          <w:lang w:val="en-CA"/>
        </w:rPr>
        <w:t>Module 1: Service Mindset &amp; Customer Expectations</w:t>
      </w:r>
    </w:p>
    <w:p w14:paraId="7E3C78F5" w14:textId="77777777" w:rsidR="00AD7811" w:rsidRPr="00AD7811" w:rsidRDefault="00AD7811" w:rsidP="00AD7811">
      <w:pPr>
        <w:numPr>
          <w:ilvl w:val="0"/>
          <w:numId w:val="13"/>
        </w:numPr>
        <w:rPr>
          <w:lang w:val="en-CA"/>
        </w:rPr>
      </w:pPr>
      <w:r w:rsidRPr="00AD7811">
        <w:rPr>
          <w:lang w:val="en-CA"/>
        </w:rPr>
        <w:t>Understanding customer expectations at each touchpoint.</w:t>
      </w:r>
    </w:p>
    <w:p w14:paraId="70F95473" w14:textId="77777777" w:rsidR="00AD7811" w:rsidRPr="00AD7811" w:rsidRDefault="00AD7811" w:rsidP="00AD7811">
      <w:pPr>
        <w:numPr>
          <w:ilvl w:val="0"/>
          <w:numId w:val="13"/>
        </w:numPr>
        <w:rPr>
          <w:lang w:val="en-CA"/>
        </w:rPr>
      </w:pPr>
      <w:r w:rsidRPr="00AD7811">
        <w:rPr>
          <w:lang w:val="en-CA"/>
        </w:rPr>
        <w:t>Developing a mindset that prioritizes service quality and empathy.</w:t>
      </w:r>
    </w:p>
    <w:p w14:paraId="2829ACF3" w14:textId="77777777" w:rsidR="00AD7811" w:rsidRPr="00AD7811" w:rsidRDefault="00AD7811" w:rsidP="00AD7811">
      <w:pPr>
        <w:numPr>
          <w:ilvl w:val="0"/>
          <w:numId w:val="13"/>
        </w:numPr>
        <w:rPr>
          <w:lang w:val="en-CA"/>
        </w:rPr>
      </w:pPr>
      <w:r w:rsidRPr="00AD7811">
        <w:rPr>
          <w:lang w:val="en-CA"/>
        </w:rPr>
        <w:t>Techniques for anticipating customer needs before they are expressed.</w:t>
      </w:r>
    </w:p>
    <w:p w14:paraId="61DCB2C7" w14:textId="77777777" w:rsidR="00AD7811" w:rsidRPr="00AD7811" w:rsidRDefault="00AD7811" w:rsidP="00AD7811">
      <w:pPr>
        <w:numPr>
          <w:ilvl w:val="0"/>
          <w:numId w:val="13"/>
        </w:numPr>
        <w:rPr>
          <w:lang w:val="en-CA"/>
        </w:rPr>
      </w:pPr>
      <w:r w:rsidRPr="00AD7811">
        <w:rPr>
          <w:lang w:val="en-CA"/>
        </w:rPr>
        <w:t>Self-assessment exercises to identify individual service strengths and improvement areas.</w:t>
      </w:r>
    </w:p>
    <w:p w14:paraId="6AC36797" w14:textId="77777777" w:rsidR="00AD7811" w:rsidRPr="00AD7811" w:rsidRDefault="00AD7811" w:rsidP="00AD7811">
      <w:pPr>
        <w:rPr>
          <w:lang w:val="en-CA"/>
        </w:rPr>
      </w:pPr>
      <w:r w:rsidRPr="00AD7811">
        <w:rPr>
          <w:b/>
          <w:bCs/>
          <w:lang w:val="en-CA"/>
        </w:rPr>
        <w:t>Module 2: Communication Excellence &amp; Emotional Intelligence</w:t>
      </w:r>
    </w:p>
    <w:p w14:paraId="6569E9E3" w14:textId="77777777" w:rsidR="00AD7811" w:rsidRPr="00AD7811" w:rsidRDefault="00AD7811" w:rsidP="00AD7811">
      <w:pPr>
        <w:numPr>
          <w:ilvl w:val="0"/>
          <w:numId w:val="14"/>
        </w:numPr>
        <w:rPr>
          <w:lang w:val="en-CA"/>
        </w:rPr>
      </w:pPr>
      <w:r w:rsidRPr="00AD7811">
        <w:rPr>
          <w:lang w:val="en-CA"/>
        </w:rPr>
        <w:t>Mastering active listening, questioning, and paraphrasing techniques.</w:t>
      </w:r>
    </w:p>
    <w:p w14:paraId="2B3EA818" w14:textId="77777777" w:rsidR="00AD7811" w:rsidRPr="00AD7811" w:rsidRDefault="00AD7811" w:rsidP="00AD7811">
      <w:pPr>
        <w:numPr>
          <w:ilvl w:val="0"/>
          <w:numId w:val="14"/>
        </w:numPr>
        <w:rPr>
          <w:lang w:val="en-CA"/>
        </w:rPr>
      </w:pPr>
      <w:r w:rsidRPr="00AD7811">
        <w:rPr>
          <w:lang w:val="en-CA"/>
        </w:rPr>
        <w:lastRenderedPageBreak/>
        <w:t>Developing emotional intelligence to handle stress and customer emotions effectively.</w:t>
      </w:r>
    </w:p>
    <w:p w14:paraId="1DC37983" w14:textId="77777777" w:rsidR="00AD7811" w:rsidRPr="00AD7811" w:rsidRDefault="00AD7811" w:rsidP="00AD7811">
      <w:pPr>
        <w:numPr>
          <w:ilvl w:val="0"/>
          <w:numId w:val="14"/>
        </w:numPr>
        <w:rPr>
          <w:lang w:val="en-CA"/>
        </w:rPr>
      </w:pPr>
      <w:r w:rsidRPr="00AD7811">
        <w:rPr>
          <w:lang w:val="en-CA"/>
        </w:rPr>
        <w:t>Verbal and non-verbal communication strategies to create rapport and trust.</w:t>
      </w:r>
    </w:p>
    <w:p w14:paraId="6F19536E" w14:textId="77777777" w:rsidR="00AD7811" w:rsidRPr="00AD7811" w:rsidRDefault="00AD7811" w:rsidP="00AD7811">
      <w:pPr>
        <w:numPr>
          <w:ilvl w:val="0"/>
          <w:numId w:val="14"/>
        </w:numPr>
        <w:rPr>
          <w:lang w:val="en-CA"/>
        </w:rPr>
      </w:pPr>
      <w:r w:rsidRPr="00AD7811">
        <w:rPr>
          <w:lang w:val="en-CA"/>
        </w:rPr>
        <w:t>Practical exercises in delivering clear, concise, and empathetic responses.</w:t>
      </w:r>
    </w:p>
    <w:p w14:paraId="39A28FAF" w14:textId="77777777" w:rsidR="00AD7811" w:rsidRPr="00AD7811" w:rsidRDefault="00AD7811" w:rsidP="00AD7811">
      <w:pPr>
        <w:rPr>
          <w:lang w:val="en-CA"/>
        </w:rPr>
      </w:pPr>
      <w:r w:rsidRPr="00AD7811">
        <w:rPr>
          <w:b/>
          <w:bCs/>
          <w:lang w:val="en-CA"/>
        </w:rPr>
        <w:t>Module 3: Handling Difficult Customers &amp; Service Recovery</w:t>
      </w:r>
    </w:p>
    <w:p w14:paraId="2C6EF5A1" w14:textId="77777777" w:rsidR="00AD7811" w:rsidRPr="00AD7811" w:rsidRDefault="00AD7811" w:rsidP="00AD7811">
      <w:pPr>
        <w:numPr>
          <w:ilvl w:val="0"/>
          <w:numId w:val="15"/>
        </w:numPr>
        <w:rPr>
          <w:lang w:val="en-CA"/>
        </w:rPr>
      </w:pPr>
      <w:r w:rsidRPr="00AD7811">
        <w:rPr>
          <w:lang w:val="en-CA"/>
        </w:rPr>
        <w:t>Understanding common customer frustrations and triggers.</w:t>
      </w:r>
    </w:p>
    <w:p w14:paraId="37D1FF26" w14:textId="77777777" w:rsidR="00AD7811" w:rsidRPr="00AD7811" w:rsidRDefault="00AD7811" w:rsidP="00AD7811">
      <w:pPr>
        <w:numPr>
          <w:ilvl w:val="0"/>
          <w:numId w:val="15"/>
        </w:numPr>
        <w:rPr>
          <w:lang w:val="en-CA"/>
        </w:rPr>
      </w:pPr>
      <w:r w:rsidRPr="00AD7811">
        <w:rPr>
          <w:lang w:val="en-CA"/>
        </w:rPr>
        <w:t>Conflict resolution frameworks and techniques.</w:t>
      </w:r>
    </w:p>
    <w:p w14:paraId="0E363098" w14:textId="77777777" w:rsidR="00AD7811" w:rsidRPr="00AD7811" w:rsidRDefault="00AD7811" w:rsidP="00AD7811">
      <w:pPr>
        <w:numPr>
          <w:ilvl w:val="0"/>
          <w:numId w:val="15"/>
        </w:numPr>
        <w:rPr>
          <w:lang w:val="en-CA"/>
        </w:rPr>
      </w:pPr>
      <w:r w:rsidRPr="00AD7811">
        <w:rPr>
          <w:lang w:val="en-CA"/>
        </w:rPr>
        <w:t>Transforming complaints into opportunities for brand loyalty.</w:t>
      </w:r>
    </w:p>
    <w:p w14:paraId="4FF2FE40" w14:textId="77777777" w:rsidR="00AD7811" w:rsidRPr="00AD7811" w:rsidRDefault="00AD7811" w:rsidP="00AD7811">
      <w:pPr>
        <w:numPr>
          <w:ilvl w:val="0"/>
          <w:numId w:val="15"/>
        </w:numPr>
        <w:rPr>
          <w:lang w:val="en-CA"/>
        </w:rPr>
      </w:pPr>
      <w:r w:rsidRPr="00AD7811">
        <w:rPr>
          <w:lang w:val="en-CA"/>
        </w:rPr>
        <w:t>Interactive role-play exercises simulating difficult scenarios.</w:t>
      </w:r>
    </w:p>
    <w:p w14:paraId="3810BE95" w14:textId="77777777" w:rsidR="00AD7811" w:rsidRPr="00AD7811" w:rsidRDefault="00AD7811" w:rsidP="00AD7811">
      <w:pPr>
        <w:numPr>
          <w:ilvl w:val="0"/>
          <w:numId w:val="15"/>
        </w:numPr>
        <w:rPr>
          <w:lang w:val="en-CA"/>
        </w:rPr>
      </w:pPr>
      <w:r w:rsidRPr="00AD7811">
        <w:rPr>
          <w:lang w:val="en-CA"/>
        </w:rPr>
        <w:t>Step-by-step service recovery templates for consistent implementation.</w:t>
      </w:r>
    </w:p>
    <w:p w14:paraId="756C3217" w14:textId="77777777" w:rsidR="00AD7811" w:rsidRPr="00AD7811" w:rsidRDefault="00AD7811" w:rsidP="00AD7811">
      <w:pPr>
        <w:rPr>
          <w:lang w:val="en-CA"/>
        </w:rPr>
      </w:pPr>
      <w:r w:rsidRPr="00AD7811">
        <w:rPr>
          <w:b/>
          <w:bCs/>
          <w:lang w:val="en-CA"/>
        </w:rPr>
        <w:t>Module 4: Creating Memorable Service Moments</w:t>
      </w:r>
    </w:p>
    <w:p w14:paraId="52CAA5FF" w14:textId="77777777" w:rsidR="00AD7811" w:rsidRPr="00AD7811" w:rsidRDefault="00AD7811" w:rsidP="00AD7811">
      <w:pPr>
        <w:numPr>
          <w:ilvl w:val="0"/>
          <w:numId w:val="16"/>
        </w:numPr>
        <w:rPr>
          <w:lang w:val="en-CA"/>
        </w:rPr>
      </w:pPr>
      <w:r w:rsidRPr="00AD7811">
        <w:rPr>
          <w:lang w:val="en-CA"/>
        </w:rPr>
        <w:t>Identifying key “moments of truth” in the customer journey.</w:t>
      </w:r>
    </w:p>
    <w:p w14:paraId="434F1B67" w14:textId="77777777" w:rsidR="00AD7811" w:rsidRPr="00AD7811" w:rsidRDefault="00AD7811" w:rsidP="00AD7811">
      <w:pPr>
        <w:numPr>
          <w:ilvl w:val="0"/>
          <w:numId w:val="16"/>
        </w:numPr>
        <w:rPr>
          <w:lang w:val="en-CA"/>
        </w:rPr>
      </w:pPr>
      <w:r w:rsidRPr="00AD7811">
        <w:rPr>
          <w:lang w:val="en-CA"/>
        </w:rPr>
        <w:t>Techniques to personalize interactions and exceed expectations.</w:t>
      </w:r>
    </w:p>
    <w:p w14:paraId="4CDB0A3F" w14:textId="77777777" w:rsidR="00AD7811" w:rsidRPr="00AD7811" w:rsidRDefault="00AD7811" w:rsidP="00AD7811">
      <w:pPr>
        <w:numPr>
          <w:ilvl w:val="0"/>
          <w:numId w:val="16"/>
        </w:numPr>
        <w:rPr>
          <w:lang w:val="en-CA"/>
        </w:rPr>
      </w:pPr>
      <w:r w:rsidRPr="00AD7811">
        <w:rPr>
          <w:lang w:val="en-CA"/>
        </w:rPr>
        <w:t>Designing services that leave lasting positive impressions.</w:t>
      </w:r>
    </w:p>
    <w:p w14:paraId="0A24E5D6" w14:textId="77777777" w:rsidR="00AD7811" w:rsidRPr="00AD7811" w:rsidRDefault="00AD7811" w:rsidP="00AD7811">
      <w:pPr>
        <w:numPr>
          <w:ilvl w:val="0"/>
          <w:numId w:val="16"/>
        </w:numPr>
        <w:rPr>
          <w:lang w:val="en-CA"/>
        </w:rPr>
      </w:pPr>
      <w:r w:rsidRPr="00AD7811">
        <w:rPr>
          <w:lang w:val="en-CA"/>
        </w:rPr>
        <w:t>Hands-on workshop: prototyping new service touchpoints with immediate feedback.</w:t>
      </w:r>
    </w:p>
    <w:p w14:paraId="4491F924" w14:textId="77777777" w:rsidR="00AD7811" w:rsidRPr="00AD7811" w:rsidRDefault="00AD7811" w:rsidP="00AD7811">
      <w:pPr>
        <w:rPr>
          <w:lang w:val="en-CA"/>
        </w:rPr>
      </w:pPr>
      <w:r w:rsidRPr="00AD7811">
        <w:rPr>
          <w:b/>
          <w:bCs/>
          <w:lang w:val="en-CA"/>
        </w:rPr>
        <w:t>Module 5: Sustaining Service Excellence &amp; Personal Action Plans</w:t>
      </w:r>
    </w:p>
    <w:p w14:paraId="2F0FAEF9" w14:textId="77777777" w:rsidR="00AD7811" w:rsidRPr="00AD7811" w:rsidRDefault="00AD7811" w:rsidP="00AD7811">
      <w:pPr>
        <w:numPr>
          <w:ilvl w:val="0"/>
          <w:numId w:val="17"/>
        </w:numPr>
        <w:rPr>
          <w:lang w:val="en-CA"/>
        </w:rPr>
      </w:pPr>
      <w:r w:rsidRPr="00AD7811">
        <w:rPr>
          <w:lang w:val="en-CA"/>
        </w:rPr>
        <w:t>Establishing continuous improvement processes.</w:t>
      </w:r>
    </w:p>
    <w:p w14:paraId="07B85895" w14:textId="77777777" w:rsidR="00AD7811" w:rsidRPr="00AD7811" w:rsidRDefault="00AD7811" w:rsidP="00AD7811">
      <w:pPr>
        <w:numPr>
          <w:ilvl w:val="0"/>
          <w:numId w:val="17"/>
        </w:numPr>
        <w:rPr>
          <w:lang w:val="en-CA"/>
        </w:rPr>
      </w:pPr>
      <w:r w:rsidRPr="00AD7811">
        <w:rPr>
          <w:lang w:val="en-CA"/>
        </w:rPr>
        <w:t>Monitoring and evaluating service effectiveness using KPIs.</w:t>
      </w:r>
    </w:p>
    <w:p w14:paraId="462B029A" w14:textId="77777777" w:rsidR="00AD7811" w:rsidRPr="00AD7811" w:rsidRDefault="00AD7811" w:rsidP="00AD7811">
      <w:pPr>
        <w:numPr>
          <w:ilvl w:val="0"/>
          <w:numId w:val="17"/>
        </w:numPr>
        <w:rPr>
          <w:lang w:val="en-CA"/>
        </w:rPr>
      </w:pPr>
      <w:r w:rsidRPr="00AD7811">
        <w:rPr>
          <w:lang w:val="en-CA"/>
        </w:rPr>
        <w:t>Creating personal action plans for implementing learned skills.</w:t>
      </w:r>
    </w:p>
    <w:p w14:paraId="7B0FA9CE" w14:textId="77777777" w:rsidR="00AD7811" w:rsidRPr="00AD7811" w:rsidRDefault="00AD7811" w:rsidP="00AD7811">
      <w:pPr>
        <w:numPr>
          <w:ilvl w:val="0"/>
          <w:numId w:val="17"/>
        </w:numPr>
        <w:rPr>
          <w:lang w:val="en-CA"/>
        </w:rPr>
      </w:pPr>
      <w:r w:rsidRPr="00AD7811">
        <w:rPr>
          <w:lang w:val="en-CA"/>
        </w:rPr>
        <w:t>Peer coaching sessions to refine and reinforce practices.</w:t>
      </w:r>
    </w:p>
    <w:p w14:paraId="22F23834" w14:textId="2D9392C6" w:rsidR="00AD7811" w:rsidRPr="00AD7811" w:rsidRDefault="00AD7811" w:rsidP="00AD7811">
      <w:pPr>
        <w:rPr>
          <w:lang w:val="en-CA"/>
        </w:rPr>
      </w:pPr>
    </w:p>
    <w:p w14:paraId="4162D9D0" w14:textId="77777777" w:rsidR="00AD7811" w:rsidRPr="00AD7811" w:rsidRDefault="00AD7811" w:rsidP="00AD7811">
      <w:pPr>
        <w:rPr>
          <w:b/>
          <w:bCs/>
          <w:lang w:val="en-CA"/>
        </w:rPr>
      </w:pPr>
      <w:r w:rsidRPr="00AD7811">
        <w:rPr>
          <w:b/>
          <w:bCs/>
          <w:lang w:val="en-CA"/>
        </w:rPr>
        <w:t>5. Workshops &amp; Practical Applications</w:t>
      </w:r>
    </w:p>
    <w:p w14:paraId="084ADFE0" w14:textId="77777777" w:rsidR="00AD7811" w:rsidRPr="00AD7811" w:rsidRDefault="00AD7811" w:rsidP="00AD7811">
      <w:pPr>
        <w:rPr>
          <w:lang w:val="en-CA"/>
        </w:rPr>
      </w:pPr>
      <w:r w:rsidRPr="00AD7811">
        <w:rPr>
          <w:b/>
          <w:bCs/>
          <w:lang w:val="en-CA"/>
        </w:rPr>
        <w:t>Workshop 1: Customer Journey Mapping</w:t>
      </w:r>
    </w:p>
    <w:p w14:paraId="3B7B49A6" w14:textId="77777777" w:rsidR="00AD7811" w:rsidRPr="00AD7811" w:rsidRDefault="00AD7811" w:rsidP="00AD7811">
      <w:pPr>
        <w:numPr>
          <w:ilvl w:val="0"/>
          <w:numId w:val="18"/>
        </w:numPr>
        <w:rPr>
          <w:lang w:val="en-CA"/>
        </w:rPr>
      </w:pPr>
      <w:r w:rsidRPr="00AD7811">
        <w:rPr>
          <w:lang w:val="en-CA"/>
        </w:rPr>
        <w:t>Participants map real customer journeys, highlighting touchpoints and emotions.</w:t>
      </w:r>
    </w:p>
    <w:p w14:paraId="03C544C4" w14:textId="77777777" w:rsidR="00AD7811" w:rsidRPr="00AD7811" w:rsidRDefault="00AD7811" w:rsidP="00AD7811">
      <w:pPr>
        <w:numPr>
          <w:ilvl w:val="0"/>
          <w:numId w:val="18"/>
        </w:numPr>
        <w:rPr>
          <w:lang w:val="en-CA"/>
        </w:rPr>
      </w:pPr>
      <w:r w:rsidRPr="00AD7811">
        <w:rPr>
          <w:lang w:val="en-CA"/>
        </w:rPr>
        <w:t>Identify gaps, pain points, and opportunities for improvement.</w:t>
      </w:r>
    </w:p>
    <w:p w14:paraId="41EBD66A" w14:textId="77777777" w:rsidR="00AD7811" w:rsidRPr="00AD7811" w:rsidRDefault="00AD7811" w:rsidP="00AD7811">
      <w:pPr>
        <w:rPr>
          <w:lang w:val="en-CA"/>
        </w:rPr>
      </w:pPr>
      <w:r w:rsidRPr="00AD7811">
        <w:rPr>
          <w:b/>
          <w:bCs/>
          <w:lang w:val="en-CA"/>
        </w:rPr>
        <w:lastRenderedPageBreak/>
        <w:t>Workshop 2: Role-Playing Difficult Scenarios</w:t>
      </w:r>
    </w:p>
    <w:p w14:paraId="0F8D77BA" w14:textId="77777777" w:rsidR="00AD7811" w:rsidRPr="00AD7811" w:rsidRDefault="00AD7811" w:rsidP="00AD7811">
      <w:pPr>
        <w:numPr>
          <w:ilvl w:val="0"/>
          <w:numId w:val="19"/>
        </w:numPr>
        <w:rPr>
          <w:lang w:val="en-CA"/>
        </w:rPr>
      </w:pPr>
      <w:r w:rsidRPr="00AD7811">
        <w:rPr>
          <w:lang w:val="en-CA"/>
        </w:rPr>
        <w:t>Simulated interactions with challenging customers.</w:t>
      </w:r>
    </w:p>
    <w:p w14:paraId="4136DE88" w14:textId="77777777" w:rsidR="00AD7811" w:rsidRPr="00AD7811" w:rsidRDefault="00AD7811" w:rsidP="00AD7811">
      <w:pPr>
        <w:numPr>
          <w:ilvl w:val="0"/>
          <w:numId w:val="19"/>
        </w:numPr>
        <w:rPr>
          <w:lang w:val="en-CA"/>
        </w:rPr>
      </w:pPr>
      <w:r w:rsidRPr="00AD7811">
        <w:rPr>
          <w:lang w:val="en-CA"/>
        </w:rPr>
        <w:t>Feedback provided by trainers and peers to refine techniques.</w:t>
      </w:r>
    </w:p>
    <w:p w14:paraId="7103D794" w14:textId="77777777" w:rsidR="00AD7811" w:rsidRPr="00AD7811" w:rsidRDefault="00AD7811" w:rsidP="00AD7811">
      <w:pPr>
        <w:rPr>
          <w:lang w:val="en-CA"/>
        </w:rPr>
      </w:pPr>
      <w:r w:rsidRPr="00AD7811">
        <w:rPr>
          <w:b/>
          <w:bCs/>
          <w:lang w:val="en-CA"/>
        </w:rPr>
        <w:t>Workshop 3: Designing Moments of Delight</w:t>
      </w:r>
    </w:p>
    <w:p w14:paraId="3B72303E" w14:textId="77777777" w:rsidR="00AD7811" w:rsidRPr="00AD7811" w:rsidRDefault="00AD7811" w:rsidP="00AD7811">
      <w:pPr>
        <w:numPr>
          <w:ilvl w:val="0"/>
          <w:numId w:val="20"/>
        </w:numPr>
        <w:rPr>
          <w:lang w:val="en-CA"/>
        </w:rPr>
      </w:pPr>
      <w:r w:rsidRPr="00AD7811">
        <w:rPr>
          <w:lang w:val="en-CA"/>
        </w:rPr>
        <w:t>Brainstorm and prototype ways to create exceptional service moments.</w:t>
      </w:r>
    </w:p>
    <w:p w14:paraId="26B18E85" w14:textId="77777777" w:rsidR="00AD7811" w:rsidRPr="00AD7811" w:rsidRDefault="00AD7811" w:rsidP="00AD7811">
      <w:pPr>
        <w:numPr>
          <w:ilvl w:val="0"/>
          <w:numId w:val="20"/>
        </w:numPr>
        <w:rPr>
          <w:lang w:val="en-CA"/>
        </w:rPr>
      </w:pPr>
      <w:r w:rsidRPr="00AD7811">
        <w:rPr>
          <w:lang w:val="en-CA"/>
        </w:rPr>
        <w:t>Analyze potential impact and feasibility.</w:t>
      </w:r>
    </w:p>
    <w:p w14:paraId="04B54F8C" w14:textId="77777777" w:rsidR="00AD7811" w:rsidRPr="00AD7811" w:rsidRDefault="00AD7811" w:rsidP="00AD7811">
      <w:pPr>
        <w:rPr>
          <w:lang w:val="en-CA"/>
        </w:rPr>
      </w:pPr>
      <w:r w:rsidRPr="00AD7811">
        <w:rPr>
          <w:b/>
          <w:bCs/>
          <w:lang w:val="en-CA"/>
        </w:rPr>
        <w:t>Workshop 4: Action Plan Development</w:t>
      </w:r>
    </w:p>
    <w:p w14:paraId="3AB96F6C" w14:textId="77777777" w:rsidR="00AD7811" w:rsidRPr="00AD7811" w:rsidRDefault="00AD7811" w:rsidP="00AD7811">
      <w:pPr>
        <w:numPr>
          <w:ilvl w:val="0"/>
          <w:numId w:val="21"/>
        </w:numPr>
        <w:rPr>
          <w:lang w:val="en-CA"/>
        </w:rPr>
      </w:pPr>
      <w:r w:rsidRPr="00AD7811">
        <w:rPr>
          <w:lang w:val="en-CA"/>
        </w:rPr>
        <w:t>Each participant creates a personalized roadmap to implement learnings.</w:t>
      </w:r>
    </w:p>
    <w:p w14:paraId="76F45999" w14:textId="77777777" w:rsidR="00AD7811" w:rsidRPr="00AD7811" w:rsidRDefault="00AD7811" w:rsidP="00AD7811">
      <w:pPr>
        <w:numPr>
          <w:ilvl w:val="0"/>
          <w:numId w:val="21"/>
        </w:numPr>
        <w:rPr>
          <w:lang w:val="en-CA"/>
        </w:rPr>
      </w:pPr>
      <w:r w:rsidRPr="00AD7811">
        <w:rPr>
          <w:lang w:val="en-CA"/>
        </w:rPr>
        <w:t>Includes measurable goals, KPIs, and timelines.</w:t>
      </w:r>
    </w:p>
    <w:p w14:paraId="171E3AD8" w14:textId="1F669A18" w:rsidR="00AD7811" w:rsidRPr="00AD7811" w:rsidRDefault="00AD7811" w:rsidP="00AD7811">
      <w:pPr>
        <w:rPr>
          <w:lang w:val="en-CA"/>
        </w:rPr>
      </w:pPr>
    </w:p>
    <w:p w14:paraId="7DC43879" w14:textId="77777777" w:rsidR="00AD7811" w:rsidRPr="00AD7811" w:rsidRDefault="00AD7811" w:rsidP="00AD7811">
      <w:pPr>
        <w:rPr>
          <w:b/>
          <w:bCs/>
          <w:lang w:val="en-CA"/>
        </w:rPr>
      </w:pPr>
      <w:r w:rsidRPr="00AD7811">
        <w:rPr>
          <w:b/>
          <w:bCs/>
          <w:lang w:val="en-CA"/>
        </w:rPr>
        <w:t>6. Final Deliverables</w:t>
      </w:r>
    </w:p>
    <w:p w14:paraId="6BB76926" w14:textId="77777777" w:rsidR="00AD7811" w:rsidRPr="00AD7811" w:rsidRDefault="00AD7811" w:rsidP="00AD7811">
      <w:pPr>
        <w:rPr>
          <w:lang w:val="en-CA"/>
        </w:rPr>
      </w:pPr>
      <w:r w:rsidRPr="00AD7811">
        <w:rPr>
          <w:lang w:val="en-CA"/>
        </w:rPr>
        <w:t>For each participant and training cycle:</w:t>
      </w:r>
    </w:p>
    <w:p w14:paraId="7649C5EC" w14:textId="77777777" w:rsidR="00AD7811" w:rsidRPr="00AD7811" w:rsidRDefault="00AD7811" w:rsidP="00AD7811">
      <w:pPr>
        <w:numPr>
          <w:ilvl w:val="0"/>
          <w:numId w:val="22"/>
        </w:numPr>
        <w:rPr>
          <w:lang w:val="en-CA"/>
        </w:rPr>
      </w:pPr>
      <w:r w:rsidRPr="00AD7811">
        <w:rPr>
          <w:lang w:val="en-CA"/>
        </w:rPr>
        <w:t>Full training material covering all knowledge, skills, and practical examples.</w:t>
      </w:r>
    </w:p>
    <w:p w14:paraId="073AD6F7" w14:textId="77777777" w:rsidR="00AD7811" w:rsidRPr="00AD7811" w:rsidRDefault="00AD7811" w:rsidP="00AD7811">
      <w:pPr>
        <w:numPr>
          <w:ilvl w:val="0"/>
          <w:numId w:val="22"/>
        </w:numPr>
        <w:rPr>
          <w:lang w:val="en-CA"/>
        </w:rPr>
      </w:pPr>
      <w:r w:rsidRPr="00AD7811">
        <w:rPr>
          <w:lang w:val="en-CA"/>
        </w:rPr>
        <w:t>Interactive exercises and case studies for immediate skill application.</w:t>
      </w:r>
    </w:p>
    <w:p w14:paraId="77556851" w14:textId="77777777" w:rsidR="00AD7811" w:rsidRPr="00AD7811" w:rsidRDefault="00AD7811" w:rsidP="00AD7811">
      <w:pPr>
        <w:numPr>
          <w:ilvl w:val="0"/>
          <w:numId w:val="22"/>
        </w:numPr>
        <w:rPr>
          <w:lang w:val="en-CA"/>
        </w:rPr>
      </w:pPr>
      <w:r w:rsidRPr="00AD7811">
        <w:rPr>
          <w:lang w:val="en-CA"/>
        </w:rPr>
        <w:t>Professionally designed PowerPoint slides.</w:t>
      </w:r>
    </w:p>
    <w:p w14:paraId="228FDA2C" w14:textId="77777777" w:rsidR="00AD7811" w:rsidRPr="00AD7811" w:rsidRDefault="00AD7811" w:rsidP="00AD7811">
      <w:pPr>
        <w:numPr>
          <w:ilvl w:val="0"/>
          <w:numId w:val="22"/>
        </w:numPr>
        <w:rPr>
          <w:lang w:val="en-CA"/>
        </w:rPr>
      </w:pPr>
      <w:r w:rsidRPr="00AD7811">
        <w:rPr>
          <w:lang w:val="en-CA"/>
        </w:rPr>
        <w:t>Executive summary, mind maps, and job aids.</w:t>
      </w:r>
    </w:p>
    <w:p w14:paraId="03B18F72" w14:textId="77777777" w:rsidR="00AD7811" w:rsidRPr="00AD7811" w:rsidRDefault="00AD7811" w:rsidP="00AD7811">
      <w:pPr>
        <w:numPr>
          <w:ilvl w:val="0"/>
          <w:numId w:val="22"/>
        </w:numPr>
        <w:rPr>
          <w:lang w:val="en-CA"/>
        </w:rPr>
      </w:pPr>
      <w:r w:rsidRPr="00AD7811">
        <w:rPr>
          <w:lang w:val="en-CA"/>
        </w:rPr>
        <w:t>Trainer guide and facilitation plan for seamless delivery.</w:t>
      </w:r>
    </w:p>
    <w:p w14:paraId="4DD8CA80" w14:textId="77777777" w:rsidR="00AD7811" w:rsidRPr="00AD7811" w:rsidRDefault="00AD7811" w:rsidP="00AD7811">
      <w:pPr>
        <w:numPr>
          <w:ilvl w:val="0"/>
          <w:numId w:val="22"/>
        </w:numPr>
        <w:rPr>
          <w:lang w:val="en-CA"/>
        </w:rPr>
      </w:pPr>
      <w:r w:rsidRPr="00AD7811">
        <w:rPr>
          <w:lang w:val="en-CA"/>
        </w:rPr>
        <w:t>Access to post-training support and follow-up recommendations.</w:t>
      </w:r>
    </w:p>
    <w:p w14:paraId="10DD7249" w14:textId="3E325FD7" w:rsidR="00AD7811" w:rsidRPr="00AD7811" w:rsidRDefault="00AD7811" w:rsidP="00AD7811">
      <w:pPr>
        <w:rPr>
          <w:lang w:val="en-CA"/>
        </w:rPr>
      </w:pPr>
    </w:p>
    <w:p w14:paraId="1A760F92" w14:textId="77777777" w:rsidR="00AD7811" w:rsidRPr="00AD7811" w:rsidRDefault="00AD7811" w:rsidP="00AD7811">
      <w:pPr>
        <w:rPr>
          <w:b/>
          <w:bCs/>
          <w:lang w:val="en-CA"/>
        </w:rPr>
      </w:pPr>
      <w:r w:rsidRPr="00AD7811">
        <w:rPr>
          <w:b/>
          <w:bCs/>
          <w:lang w:val="en-CA"/>
        </w:rPr>
        <w:t>7. Training Team &amp; Experience</w:t>
      </w:r>
    </w:p>
    <w:p w14:paraId="3E401E98" w14:textId="77777777" w:rsidR="00AD7811" w:rsidRPr="00AD7811" w:rsidRDefault="00AD7811" w:rsidP="00AD7811">
      <w:pPr>
        <w:rPr>
          <w:lang w:val="en-CA"/>
        </w:rPr>
      </w:pPr>
      <w:r w:rsidRPr="00AD7811">
        <w:rPr>
          <w:lang w:val="en-CA"/>
        </w:rPr>
        <w:t xml:space="preserve">Our trainers are highly experienced </w:t>
      </w:r>
      <w:proofErr w:type="gramStart"/>
      <w:r w:rsidRPr="00AD7811">
        <w:rPr>
          <w:lang w:val="en-CA"/>
        </w:rPr>
        <w:t>in service</w:t>
      </w:r>
      <w:proofErr w:type="gramEnd"/>
      <w:r w:rsidRPr="00AD7811">
        <w:rPr>
          <w:lang w:val="en-CA"/>
        </w:rPr>
        <w:t xml:space="preserve"> design, customer experience, and professional training. JAREED has delivered training programs to:</w:t>
      </w:r>
    </w:p>
    <w:p w14:paraId="3CE27CCB" w14:textId="77777777" w:rsidR="00AD7811" w:rsidRPr="00AD7811" w:rsidRDefault="00AD7811" w:rsidP="00AD7811">
      <w:pPr>
        <w:numPr>
          <w:ilvl w:val="0"/>
          <w:numId w:val="23"/>
        </w:numPr>
        <w:rPr>
          <w:lang w:val="en-CA"/>
        </w:rPr>
      </w:pPr>
      <w:r w:rsidRPr="00AD7811">
        <w:rPr>
          <w:lang w:val="en-CA"/>
        </w:rPr>
        <w:t>Telecommunications companies</w:t>
      </w:r>
    </w:p>
    <w:p w14:paraId="57DA4DD6" w14:textId="77777777" w:rsidR="00AD7811" w:rsidRPr="00AD7811" w:rsidRDefault="00AD7811" w:rsidP="00AD7811">
      <w:pPr>
        <w:numPr>
          <w:ilvl w:val="0"/>
          <w:numId w:val="23"/>
        </w:numPr>
        <w:rPr>
          <w:lang w:val="en-CA"/>
        </w:rPr>
      </w:pPr>
      <w:r w:rsidRPr="00AD7811">
        <w:rPr>
          <w:lang w:val="en-CA"/>
        </w:rPr>
        <w:t>Leading banks and financial institutions</w:t>
      </w:r>
    </w:p>
    <w:p w14:paraId="6CE8FFA1" w14:textId="77777777" w:rsidR="00AD7811" w:rsidRPr="00AD7811" w:rsidRDefault="00AD7811" w:rsidP="00AD7811">
      <w:pPr>
        <w:numPr>
          <w:ilvl w:val="0"/>
          <w:numId w:val="23"/>
        </w:numPr>
        <w:rPr>
          <w:lang w:val="en-CA"/>
        </w:rPr>
      </w:pPr>
      <w:r w:rsidRPr="00AD7811">
        <w:rPr>
          <w:lang w:val="en-CA"/>
        </w:rPr>
        <w:t>Government ministries and agencies</w:t>
      </w:r>
    </w:p>
    <w:p w14:paraId="41A3AB1D" w14:textId="77777777" w:rsidR="00AD7811" w:rsidRPr="00AD7811" w:rsidRDefault="00AD7811" w:rsidP="00AD7811">
      <w:pPr>
        <w:numPr>
          <w:ilvl w:val="0"/>
          <w:numId w:val="23"/>
        </w:numPr>
        <w:rPr>
          <w:lang w:val="en-CA"/>
        </w:rPr>
      </w:pPr>
      <w:r w:rsidRPr="00AD7811">
        <w:rPr>
          <w:lang w:val="en-CA"/>
        </w:rPr>
        <w:t>Educational institutions</w:t>
      </w:r>
    </w:p>
    <w:p w14:paraId="3EE85978" w14:textId="77777777" w:rsidR="00AD7811" w:rsidRPr="00AD7811" w:rsidRDefault="00AD7811" w:rsidP="00AD7811">
      <w:pPr>
        <w:rPr>
          <w:lang w:val="en-CA"/>
        </w:rPr>
      </w:pPr>
      <w:r w:rsidRPr="00AD7811">
        <w:rPr>
          <w:b/>
          <w:bCs/>
          <w:lang w:val="en-CA"/>
        </w:rPr>
        <w:lastRenderedPageBreak/>
        <w:t>Key Strengths of the Team:</w:t>
      </w:r>
    </w:p>
    <w:p w14:paraId="72BD1394" w14:textId="77777777" w:rsidR="00AD7811" w:rsidRPr="00AD7811" w:rsidRDefault="00AD7811" w:rsidP="00AD7811">
      <w:pPr>
        <w:numPr>
          <w:ilvl w:val="0"/>
          <w:numId w:val="24"/>
        </w:numPr>
        <w:rPr>
          <w:lang w:val="en-CA"/>
        </w:rPr>
      </w:pPr>
      <w:r w:rsidRPr="00AD7811">
        <w:rPr>
          <w:lang w:val="en-CA"/>
        </w:rPr>
        <w:t>Expertise in experiential learning techniques</w:t>
      </w:r>
    </w:p>
    <w:p w14:paraId="5AA4FD70" w14:textId="77777777" w:rsidR="00AD7811" w:rsidRPr="00AD7811" w:rsidRDefault="00AD7811" w:rsidP="00AD7811">
      <w:pPr>
        <w:numPr>
          <w:ilvl w:val="0"/>
          <w:numId w:val="24"/>
        </w:numPr>
        <w:rPr>
          <w:lang w:val="en-CA"/>
        </w:rPr>
      </w:pPr>
      <w:r w:rsidRPr="00AD7811">
        <w:rPr>
          <w:lang w:val="en-CA"/>
        </w:rPr>
        <w:t>Knowledge of global best practices in customer service</w:t>
      </w:r>
    </w:p>
    <w:p w14:paraId="069BA874" w14:textId="77777777" w:rsidR="00AD7811" w:rsidRPr="00AD7811" w:rsidRDefault="00AD7811" w:rsidP="00AD7811">
      <w:pPr>
        <w:numPr>
          <w:ilvl w:val="0"/>
          <w:numId w:val="24"/>
        </w:numPr>
        <w:rPr>
          <w:lang w:val="en-CA"/>
        </w:rPr>
      </w:pPr>
      <w:r w:rsidRPr="00AD7811">
        <w:rPr>
          <w:lang w:val="en-CA"/>
        </w:rPr>
        <w:t>Ability to customize content for different sectors and audiences</w:t>
      </w:r>
    </w:p>
    <w:p w14:paraId="1C9A19CC" w14:textId="3EE7D94A" w:rsidR="00AD7811" w:rsidRPr="00AD7811" w:rsidRDefault="00AD7811" w:rsidP="00AD7811">
      <w:pPr>
        <w:rPr>
          <w:lang w:val="en-CA"/>
        </w:rPr>
      </w:pPr>
    </w:p>
    <w:p w14:paraId="5EDC6EAA" w14:textId="77777777" w:rsidR="00AD7811" w:rsidRPr="00AD7811" w:rsidRDefault="00AD7811" w:rsidP="00AD7811">
      <w:pPr>
        <w:rPr>
          <w:b/>
          <w:bCs/>
          <w:lang w:val="en-CA"/>
        </w:rPr>
      </w:pPr>
      <w:r w:rsidRPr="00AD7811">
        <w:rPr>
          <w:b/>
          <w:bCs/>
          <w:lang w:val="en-CA"/>
        </w:rPr>
        <w:t>8. Quality Assurance &amp; Evaluation</w:t>
      </w:r>
    </w:p>
    <w:p w14:paraId="498E5B81" w14:textId="77777777" w:rsidR="00AD7811" w:rsidRPr="00AD7811" w:rsidRDefault="00AD7811" w:rsidP="00AD7811">
      <w:pPr>
        <w:rPr>
          <w:lang w:val="en-CA"/>
        </w:rPr>
      </w:pPr>
      <w:r w:rsidRPr="00AD7811">
        <w:rPr>
          <w:lang w:val="en-CA"/>
        </w:rPr>
        <w:t>To ensure maximum effectiveness:</w:t>
      </w:r>
    </w:p>
    <w:p w14:paraId="75594558" w14:textId="77777777" w:rsidR="00AD7811" w:rsidRPr="00AD7811" w:rsidRDefault="00AD7811" w:rsidP="00AD7811">
      <w:pPr>
        <w:numPr>
          <w:ilvl w:val="0"/>
          <w:numId w:val="25"/>
        </w:numPr>
        <w:rPr>
          <w:lang w:val="en-CA"/>
        </w:rPr>
      </w:pPr>
      <w:r w:rsidRPr="00AD7811">
        <w:rPr>
          <w:lang w:val="en-CA"/>
        </w:rPr>
        <w:t xml:space="preserve">All content is developed based on </w:t>
      </w:r>
      <w:r w:rsidRPr="00AD7811">
        <w:rPr>
          <w:b/>
          <w:bCs/>
          <w:lang w:val="en-CA"/>
        </w:rPr>
        <w:t>international standards</w:t>
      </w:r>
      <w:r w:rsidRPr="00AD7811">
        <w:rPr>
          <w:lang w:val="en-CA"/>
        </w:rPr>
        <w:t>.</w:t>
      </w:r>
    </w:p>
    <w:p w14:paraId="7CC626DE" w14:textId="77777777" w:rsidR="00AD7811" w:rsidRPr="00AD7811" w:rsidRDefault="00AD7811" w:rsidP="00AD7811">
      <w:pPr>
        <w:numPr>
          <w:ilvl w:val="0"/>
          <w:numId w:val="25"/>
        </w:numPr>
        <w:rPr>
          <w:lang w:val="en-CA"/>
        </w:rPr>
      </w:pPr>
      <w:r w:rsidRPr="00AD7811">
        <w:rPr>
          <w:lang w:val="en-CA"/>
        </w:rPr>
        <w:t>Training effectiveness is evaluated through pre- and post-training assessments.</w:t>
      </w:r>
    </w:p>
    <w:p w14:paraId="58CE140C" w14:textId="77777777" w:rsidR="00AD7811" w:rsidRPr="00AD7811" w:rsidRDefault="00AD7811" w:rsidP="00AD7811">
      <w:pPr>
        <w:numPr>
          <w:ilvl w:val="0"/>
          <w:numId w:val="25"/>
        </w:numPr>
        <w:rPr>
          <w:lang w:val="en-CA"/>
        </w:rPr>
      </w:pPr>
      <w:r w:rsidRPr="00AD7811">
        <w:rPr>
          <w:lang w:val="en-CA"/>
        </w:rPr>
        <w:t>Participant feedback is collected for continuous improvement.</w:t>
      </w:r>
    </w:p>
    <w:p w14:paraId="74E404DF" w14:textId="77777777" w:rsidR="00AD7811" w:rsidRPr="00AD7811" w:rsidRDefault="00AD7811" w:rsidP="00AD7811">
      <w:pPr>
        <w:numPr>
          <w:ilvl w:val="0"/>
          <w:numId w:val="25"/>
        </w:numPr>
        <w:rPr>
          <w:lang w:val="en-CA"/>
        </w:rPr>
      </w:pPr>
      <w:r w:rsidRPr="00AD7811">
        <w:rPr>
          <w:lang w:val="en-CA"/>
        </w:rPr>
        <w:t>KPI tracking ensures that organizational goals align with training outcomes.</w:t>
      </w:r>
    </w:p>
    <w:p w14:paraId="6A9BCA28" w14:textId="77777777" w:rsidR="00AD7811" w:rsidRPr="00AD7811" w:rsidRDefault="00AD7811" w:rsidP="00AD7811">
      <w:pPr>
        <w:numPr>
          <w:ilvl w:val="0"/>
          <w:numId w:val="25"/>
        </w:numPr>
        <w:rPr>
          <w:lang w:val="en-CA"/>
        </w:rPr>
      </w:pPr>
      <w:r w:rsidRPr="00AD7811">
        <w:rPr>
          <w:lang w:val="en-CA"/>
        </w:rPr>
        <w:t>Post-training support includes coaching and troubleshooting for successful implementation.</w:t>
      </w:r>
    </w:p>
    <w:p w14:paraId="75A75724" w14:textId="5F87CCC3" w:rsidR="00AD7811" w:rsidRPr="00AD7811" w:rsidRDefault="00AD7811" w:rsidP="00AD7811">
      <w:pPr>
        <w:rPr>
          <w:lang w:val="en-CA"/>
        </w:rPr>
      </w:pPr>
    </w:p>
    <w:p w14:paraId="2FC6EE86" w14:textId="77777777" w:rsidR="00AD7811" w:rsidRPr="00AD7811" w:rsidRDefault="00AD7811" w:rsidP="00AD7811">
      <w:pPr>
        <w:rPr>
          <w:b/>
          <w:bCs/>
          <w:lang w:val="en-CA"/>
        </w:rPr>
      </w:pPr>
      <w:r w:rsidRPr="00AD7811">
        <w:rPr>
          <w:b/>
          <w:bCs/>
          <w:lang w:val="en-CA"/>
        </w:rPr>
        <w:t>9. Financial Offer</w:t>
      </w:r>
    </w:p>
    <w:p w14:paraId="7DB95AA0" w14:textId="77777777" w:rsidR="00AD7811" w:rsidRPr="00AD7811" w:rsidRDefault="00AD7811" w:rsidP="00AD7811">
      <w:pPr>
        <w:numPr>
          <w:ilvl w:val="0"/>
          <w:numId w:val="26"/>
        </w:numPr>
        <w:rPr>
          <w:lang w:val="en-CA"/>
        </w:rPr>
      </w:pPr>
      <w:r w:rsidRPr="00AD7811">
        <w:rPr>
          <w:b/>
          <w:bCs/>
          <w:lang w:val="en-CA"/>
        </w:rPr>
        <w:t>Cost per Training Day:</w:t>
      </w:r>
      <w:r w:rsidRPr="00AD7811">
        <w:rPr>
          <w:lang w:val="en-CA"/>
        </w:rPr>
        <w:t xml:space="preserve"> 75,000 SAR</w:t>
      </w:r>
    </w:p>
    <w:p w14:paraId="4AD6A50F" w14:textId="77777777" w:rsidR="00AD7811" w:rsidRPr="00AD7811" w:rsidRDefault="00AD7811" w:rsidP="00AD7811">
      <w:pPr>
        <w:numPr>
          <w:ilvl w:val="0"/>
          <w:numId w:val="26"/>
        </w:numPr>
        <w:rPr>
          <w:lang w:val="en-CA"/>
        </w:rPr>
      </w:pPr>
      <w:r w:rsidRPr="00AD7811">
        <w:rPr>
          <w:b/>
          <w:bCs/>
          <w:lang w:val="en-CA"/>
        </w:rPr>
        <w:t>Program Duration:</w:t>
      </w:r>
      <w:r w:rsidRPr="00AD7811">
        <w:rPr>
          <w:lang w:val="en-CA"/>
        </w:rPr>
        <w:t xml:space="preserve"> 5 Days per cycle</w:t>
      </w:r>
    </w:p>
    <w:p w14:paraId="278710E2" w14:textId="77777777" w:rsidR="00AD7811" w:rsidRPr="00AD7811" w:rsidRDefault="00AD7811" w:rsidP="00AD7811">
      <w:pPr>
        <w:numPr>
          <w:ilvl w:val="0"/>
          <w:numId w:val="26"/>
        </w:numPr>
        <w:rPr>
          <w:lang w:val="en-CA"/>
        </w:rPr>
      </w:pPr>
      <w:r w:rsidRPr="00AD7811">
        <w:rPr>
          <w:b/>
          <w:bCs/>
          <w:lang w:val="en-CA"/>
        </w:rPr>
        <w:t>Cost per Training Cycle:</w:t>
      </w:r>
      <w:r w:rsidRPr="00AD7811">
        <w:rPr>
          <w:lang w:val="en-CA"/>
        </w:rPr>
        <w:t xml:space="preserve"> 375,000 SAR</w:t>
      </w:r>
    </w:p>
    <w:p w14:paraId="039F7F2E" w14:textId="77777777" w:rsidR="00AD7811" w:rsidRPr="00AD7811" w:rsidRDefault="00AD7811" w:rsidP="00AD7811">
      <w:pPr>
        <w:numPr>
          <w:ilvl w:val="0"/>
          <w:numId w:val="26"/>
        </w:numPr>
        <w:rPr>
          <w:lang w:val="en-CA"/>
        </w:rPr>
      </w:pPr>
      <w:r w:rsidRPr="00AD7811">
        <w:rPr>
          <w:b/>
          <w:bCs/>
          <w:lang w:val="en-CA"/>
        </w:rPr>
        <w:t>Number of Training Cycles:</w:t>
      </w:r>
      <w:r w:rsidRPr="00AD7811">
        <w:rPr>
          <w:lang w:val="en-CA"/>
        </w:rPr>
        <w:t xml:space="preserve"> 10</w:t>
      </w:r>
    </w:p>
    <w:p w14:paraId="18DEA95B" w14:textId="77777777" w:rsidR="00AD7811" w:rsidRPr="00AD7811" w:rsidRDefault="00AD7811" w:rsidP="00AD7811">
      <w:pPr>
        <w:rPr>
          <w:lang w:val="en-CA"/>
        </w:rPr>
      </w:pPr>
      <w:r w:rsidRPr="00AD7811">
        <w:rPr>
          <w:b/>
          <w:bCs/>
          <w:lang w:val="en-CA"/>
        </w:rPr>
        <w:t>Total Project Investment:</w:t>
      </w:r>
      <w:r w:rsidRPr="00AD7811">
        <w:rPr>
          <w:lang w:val="en-CA"/>
        </w:rPr>
        <w:t xml:space="preserve"> 3,750,000 SAR</w:t>
      </w:r>
    </w:p>
    <w:p w14:paraId="3113D0E4" w14:textId="77777777" w:rsidR="00AD7811" w:rsidRPr="00AD7811" w:rsidRDefault="00AD7811" w:rsidP="00AD7811">
      <w:pPr>
        <w:rPr>
          <w:lang w:val="en-CA"/>
        </w:rPr>
      </w:pPr>
      <w:r w:rsidRPr="00AD7811">
        <w:rPr>
          <w:i/>
          <w:iCs/>
          <w:lang w:val="en-CA"/>
        </w:rPr>
        <w:t>Note: Prices are exclusive of VAT. Payment terms to be agreed contractually.</w:t>
      </w:r>
    </w:p>
    <w:p w14:paraId="60418395" w14:textId="77C74FB8" w:rsidR="00AD7811" w:rsidRPr="00AD7811" w:rsidRDefault="00AD7811" w:rsidP="00AD7811">
      <w:pPr>
        <w:rPr>
          <w:lang w:val="en-CA"/>
        </w:rPr>
      </w:pPr>
    </w:p>
    <w:p w14:paraId="4C61D347" w14:textId="77777777" w:rsidR="00AD7811" w:rsidRPr="00AD7811" w:rsidRDefault="00AD7811" w:rsidP="00AD7811">
      <w:pPr>
        <w:rPr>
          <w:b/>
          <w:bCs/>
          <w:lang w:val="en-CA"/>
        </w:rPr>
      </w:pPr>
      <w:r w:rsidRPr="00AD7811">
        <w:rPr>
          <w:b/>
          <w:bCs/>
          <w:lang w:val="en-CA"/>
        </w:rPr>
        <w:t>10. Implementation Timeline</w:t>
      </w:r>
    </w:p>
    <w:p w14:paraId="5FF33710" w14:textId="77777777" w:rsidR="00AD7811" w:rsidRPr="00AD7811" w:rsidRDefault="00AD7811" w:rsidP="00AD7811">
      <w:pPr>
        <w:numPr>
          <w:ilvl w:val="0"/>
          <w:numId w:val="27"/>
        </w:numPr>
        <w:rPr>
          <w:lang w:val="en-CA"/>
        </w:rPr>
      </w:pPr>
      <w:r w:rsidRPr="00AD7811">
        <w:rPr>
          <w:b/>
          <w:bCs/>
          <w:lang w:val="en-CA"/>
        </w:rPr>
        <w:t>Weeks 1–2:</w:t>
      </w:r>
      <w:r w:rsidRPr="00AD7811">
        <w:rPr>
          <w:lang w:val="en-CA"/>
        </w:rPr>
        <w:t xml:space="preserve"> Planning, finalizing content, and customizing modules</w:t>
      </w:r>
    </w:p>
    <w:p w14:paraId="10944CB6" w14:textId="77777777" w:rsidR="00AD7811" w:rsidRPr="00AD7811" w:rsidRDefault="00AD7811" w:rsidP="00AD7811">
      <w:pPr>
        <w:numPr>
          <w:ilvl w:val="0"/>
          <w:numId w:val="27"/>
        </w:numPr>
        <w:rPr>
          <w:lang w:val="en-CA"/>
        </w:rPr>
      </w:pPr>
      <w:r w:rsidRPr="00AD7811">
        <w:rPr>
          <w:b/>
          <w:bCs/>
          <w:lang w:val="en-CA"/>
        </w:rPr>
        <w:t>Weeks 3–4:</w:t>
      </w:r>
      <w:r w:rsidRPr="00AD7811">
        <w:rPr>
          <w:lang w:val="en-CA"/>
        </w:rPr>
        <w:t xml:space="preserve"> Developing training materials, exercises, and PowerPoint slides</w:t>
      </w:r>
    </w:p>
    <w:p w14:paraId="244FAB2D" w14:textId="77777777" w:rsidR="00AD7811" w:rsidRPr="00AD7811" w:rsidRDefault="00AD7811" w:rsidP="00AD7811">
      <w:pPr>
        <w:numPr>
          <w:ilvl w:val="0"/>
          <w:numId w:val="27"/>
        </w:numPr>
        <w:rPr>
          <w:lang w:val="en-CA"/>
        </w:rPr>
      </w:pPr>
      <w:r w:rsidRPr="00AD7811">
        <w:rPr>
          <w:b/>
          <w:bCs/>
          <w:lang w:val="en-CA"/>
        </w:rPr>
        <w:t>Week 5:</w:t>
      </w:r>
      <w:r w:rsidRPr="00AD7811">
        <w:rPr>
          <w:lang w:val="en-CA"/>
        </w:rPr>
        <w:t xml:space="preserve"> Pilot training delivery and review</w:t>
      </w:r>
    </w:p>
    <w:p w14:paraId="1F6694A6" w14:textId="77777777" w:rsidR="00AD7811" w:rsidRPr="00AD7811" w:rsidRDefault="00AD7811" w:rsidP="00AD7811">
      <w:pPr>
        <w:numPr>
          <w:ilvl w:val="0"/>
          <w:numId w:val="27"/>
        </w:numPr>
        <w:rPr>
          <w:lang w:val="en-CA"/>
        </w:rPr>
      </w:pPr>
      <w:r w:rsidRPr="00AD7811">
        <w:rPr>
          <w:b/>
          <w:bCs/>
          <w:lang w:val="en-CA"/>
        </w:rPr>
        <w:lastRenderedPageBreak/>
        <w:t>Weeks 6–52:</w:t>
      </w:r>
      <w:r w:rsidRPr="00AD7811">
        <w:rPr>
          <w:lang w:val="en-CA"/>
        </w:rPr>
        <w:t xml:space="preserve"> Delivery of 10 training cycles</w:t>
      </w:r>
    </w:p>
    <w:p w14:paraId="3D6159BB" w14:textId="77777777" w:rsidR="00AD7811" w:rsidRPr="00AD7811" w:rsidRDefault="00AD7811" w:rsidP="00AD7811">
      <w:pPr>
        <w:numPr>
          <w:ilvl w:val="0"/>
          <w:numId w:val="27"/>
        </w:numPr>
        <w:rPr>
          <w:lang w:val="en-CA"/>
        </w:rPr>
      </w:pPr>
      <w:r w:rsidRPr="00AD7811">
        <w:rPr>
          <w:lang w:val="en-CA"/>
        </w:rPr>
        <w:t>Continuous monitoring, feedback, and post-training support throughout the project</w:t>
      </w:r>
    </w:p>
    <w:sectPr w:rsidR="00AD7811" w:rsidRPr="00AD7811" w:rsidSect="00034616">
      <w:headerReference w:type="default"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359453" w14:textId="77777777" w:rsidR="00425B67" w:rsidRDefault="00425B67" w:rsidP="00624AD4">
      <w:pPr>
        <w:spacing w:after="0" w:line="240" w:lineRule="auto"/>
      </w:pPr>
      <w:r>
        <w:separator/>
      </w:r>
    </w:p>
  </w:endnote>
  <w:endnote w:type="continuationSeparator" w:id="0">
    <w:p w14:paraId="74BE21B9" w14:textId="77777777" w:rsidR="00425B67" w:rsidRDefault="00425B67" w:rsidP="00624A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airo">
    <w:panose1 w:val="00000000000000000000"/>
    <w:charset w:val="00"/>
    <w:family w:val="auto"/>
    <w:pitch w:val="variable"/>
    <w:sig w:usb0="A00020AF" w:usb1="9000204B" w:usb2="000000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581EA" w14:textId="1B83CDE7" w:rsidR="00624AD4" w:rsidRPr="00FF22CF" w:rsidRDefault="00624AD4" w:rsidP="00FF22CF">
    <w:pPr>
      <w:pStyle w:val="Footer"/>
      <w:ind w:right="-999" w:hanging="993"/>
      <w:jc w:val="center"/>
      <w:rPr>
        <w:sz w:val="20"/>
        <w:szCs w:val="20"/>
        <w:lang w:val="en-CA"/>
      </w:rPr>
    </w:pPr>
    <w:proofErr w:type="spellStart"/>
    <w:r w:rsidRPr="00FF22CF">
      <w:rPr>
        <w:sz w:val="20"/>
        <w:szCs w:val="20"/>
        <w:lang w:val="en-CA"/>
      </w:rPr>
      <w:t>eskills</w:t>
    </w:r>
    <w:proofErr w:type="spellEnd"/>
    <w:r w:rsidR="00FF22CF" w:rsidRPr="00FF22CF">
      <w:rPr>
        <w:sz w:val="20"/>
        <w:szCs w:val="20"/>
        <w:lang w:val="en-CA"/>
      </w:rPr>
      <w:t>,</w:t>
    </w:r>
    <w:r w:rsidRPr="00FF22CF">
      <w:rPr>
        <w:sz w:val="20"/>
        <w:szCs w:val="20"/>
        <w:lang w:val="en-CA"/>
      </w:rPr>
      <w:t xml:space="preserve"> SBU in </w:t>
    </w:r>
    <w:proofErr w:type="spellStart"/>
    <w:r w:rsidRPr="00FF22CF">
      <w:rPr>
        <w:sz w:val="20"/>
        <w:szCs w:val="20"/>
        <w:lang w:val="en-CA"/>
      </w:rPr>
      <w:t>Jareed</w:t>
    </w:r>
    <w:proofErr w:type="spellEnd"/>
    <w:r w:rsidRPr="00FF22CF">
      <w:rPr>
        <w:sz w:val="20"/>
        <w:szCs w:val="20"/>
        <w:lang w:val="en-CA"/>
      </w:rPr>
      <w:t xml:space="preserve"> Corp. Canada</w:t>
    </w:r>
    <w:r w:rsidR="00FF22CF" w:rsidRPr="00FF22CF">
      <w:rPr>
        <w:sz w:val="20"/>
        <w:szCs w:val="20"/>
        <w:lang w:val="en-CA"/>
      </w:rPr>
      <w:t xml:space="preserve"> Tel. +16476242553 - KSA Riyadh Tel. +6993019032 - eskills.jareed.ca</w:t>
    </w:r>
    <w:r w:rsidR="00FF22CF">
      <w:rPr>
        <w:sz w:val="20"/>
        <w:szCs w:val="20"/>
        <w:lang w:val="en-CA"/>
      </w:rPr>
      <w:t>- info@jareed.ca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C669E2" w14:textId="77777777" w:rsidR="00425B67" w:rsidRDefault="00425B67" w:rsidP="00624AD4">
      <w:pPr>
        <w:spacing w:after="0" w:line="240" w:lineRule="auto"/>
      </w:pPr>
      <w:r>
        <w:separator/>
      </w:r>
    </w:p>
  </w:footnote>
  <w:footnote w:type="continuationSeparator" w:id="0">
    <w:p w14:paraId="7383F101" w14:textId="77777777" w:rsidR="00425B67" w:rsidRDefault="00425B67" w:rsidP="00624A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632" w:type="dxa"/>
      <w:tblInd w:w="-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9"/>
      <w:gridCol w:w="2693"/>
    </w:tblGrid>
    <w:tr w:rsidR="00624AD4" w14:paraId="45F89484" w14:textId="77777777" w:rsidTr="008300CA">
      <w:tc>
        <w:tcPr>
          <w:tcW w:w="7939" w:type="dxa"/>
        </w:tcPr>
        <w:p w14:paraId="2B021758" w14:textId="3F8EBE43" w:rsidR="00624AD4" w:rsidRDefault="00624AD4" w:rsidP="00624AD4">
          <w:pPr>
            <w:pStyle w:val="Header"/>
            <w:rPr>
              <w:lang w:val="en-CA"/>
            </w:rPr>
          </w:pPr>
          <w:r w:rsidRPr="008C599A">
            <w:rPr>
              <w:rFonts w:ascii="Cairo" w:hAnsi="Cairo" w:cs="Cairo"/>
              <w:noProof/>
              <w:sz w:val="20"/>
              <w:szCs w:val="20"/>
            </w:rPr>
            <w:drawing>
              <wp:inline distT="0" distB="0" distL="0" distR="0" wp14:anchorId="6225EEF9" wp14:editId="2B06EB2E">
                <wp:extent cx="1457232" cy="516103"/>
                <wp:effectExtent l="0" t="0" r="0" b="0"/>
                <wp:docPr id="19956528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4771" cy="522315"/>
                        </a:xfrm>
                        <a:prstGeom prst="rect">
                          <a:avLst/>
                        </a:prstGeom>
                        <a:noFill/>
                        <a:ln>
                          <a:noFill/>
                        </a:ln>
                      </pic:spPr>
                    </pic:pic>
                  </a:graphicData>
                </a:graphic>
              </wp:inline>
            </w:drawing>
          </w:r>
        </w:p>
      </w:tc>
      <w:tc>
        <w:tcPr>
          <w:tcW w:w="2693" w:type="dxa"/>
        </w:tcPr>
        <w:p w14:paraId="271A388D" w14:textId="77777777" w:rsidR="00624AD4" w:rsidRPr="00624AD4" w:rsidRDefault="00624AD4" w:rsidP="008300CA">
          <w:pPr>
            <w:pStyle w:val="Header"/>
            <w:ind w:right="-107"/>
            <w:rPr>
              <w:sz w:val="20"/>
              <w:szCs w:val="20"/>
              <w:lang w:val="en-CA"/>
            </w:rPr>
          </w:pPr>
          <w:r w:rsidRPr="00624AD4">
            <w:rPr>
              <w:sz w:val="20"/>
              <w:szCs w:val="20"/>
              <w:lang w:val="en-CA"/>
            </w:rPr>
            <w:t>Proposal Sample Template</w:t>
          </w:r>
        </w:p>
        <w:p w14:paraId="68DF4274" w14:textId="77777777" w:rsidR="00624AD4" w:rsidRPr="00624AD4" w:rsidRDefault="00624AD4" w:rsidP="008300CA">
          <w:pPr>
            <w:pStyle w:val="Header"/>
            <w:ind w:right="-107"/>
            <w:rPr>
              <w:sz w:val="20"/>
              <w:szCs w:val="20"/>
              <w:lang w:val="en-CA"/>
            </w:rPr>
          </w:pPr>
          <w:r w:rsidRPr="00624AD4">
            <w:rPr>
              <w:sz w:val="20"/>
              <w:szCs w:val="20"/>
              <w:lang w:val="en-CA"/>
            </w:rPr>
            <w:t>Developer: eskills.jareed.ca</w:t>
          </w:r>
        </w:p>
        <w:p w14:paraId="0A464CAF" w14:textId="745CFC4B" w:rsidR="00624AD4" w:rsidRDefault="00624AD4" w:rsidP="008300CA">
          <w:pPr>
            <w:pStyle w:val="Header"/>
            <w:ind w:right="-107"/>
            <w:rPr>
              <w:lang w:val="en-CA"/>
            </w:rPr>
          </w:pPr>
          <w:r w:rsidRPr="00624AD4">
            <w:rPr>
              <w:sz w:val="20"/>
              <w:szCs w:val="20"/>
              <w:lang w:val="en-CA"/>
            </w:rPr>
            <w:t>Designed by: Ashraf Ghareeb</w:t>
          </w:r>
        </w:p>
      </w:tc>
    </w:tr>
  </w:tbl>
  <w:p w14:paraId="5805FE3B" w14:textId="77777777" w:rsidR="00624AD4" w:rsidRPr="00624AD4" w:rsidRDefault="00624AD4" w:rsidP="00624AD4">
    <w:pPr>
      <w:pStyle w:val="Header"/>
      <w:rPr>
        <w:lang w:val="en-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15843C7"/>
    <w:multiLevelType w:val="multilevel"/>
    <w:tmpl w:val="EF46F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4990BA6"/>
    <w:multiLevelType w:val="multilevel"/>
    <w:tmpl w:val="0DC48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5193394"/>
    <w:multiLevelType w:val="multilevel"/>
    <w:tmpl w:val="0074E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AC7A15"/>
    <w:multiLevelType w:val="multilevel"/>
    <w:tmpl w:val="AC1E8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296EF2"/>
    <w:multiLevelType w:val="multilevel"/>
    <w:tmpl w:val="2AD490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4DD1128"/>
    <w:multiLevelType w:val="multilevel"/>
    <w:tmpl w:val="D1A2E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64A38B0"/>
    <w:multiLevelType w:val="multilevel"/>
    <w:tmpl w:val="1374C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C4C44AF"/>
    <w:multiLevelType w:val="multilevel"/>
    <w:tmpl w:val="62DAE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F511799"/>
    <w:multiLevelType w:val="multilevel"/>
    <w:tmpl w:val="002AB2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3D5642"/>
    <w:multiLevelType w:val="multilevel"/>
    <w:tmpl w:val="D5E66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BC52C1F"/>
    <w:multiLevelType w:val="multilevel"/>
    <w:tmpl w:val="D27C8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DBB6404"/>
    <w:multiLevelType w:val="multilevel"/>
    <w:tmpl w:val="5D3E8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8DF3509"/>
    <w:multiLevelType w:val="multilevel"/>
    <w:tmpl w:val="94F63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BC4FCC"/>
    <w:multiLevelType w:val="multilevel"/>
    <w:tmpl w:val="00FAC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3671F0"/>
    <w:multiLevelType w:val="multilevel"/>
    <w:tmpl w:val="C3121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6715952"/>
    <w:multiLevelType w:val="multilevel"/>
    <w:tmpl w:val="ACBE6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9E13DA9"/>
    <w:multiLevelType w:val="multilevel"/>
    <w:tmpl w:val="5F1A0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67D58DC"/>
    <w:multiLevelType w:val="multilevel"/>
    <w:tmpl w:val="6B840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96255955">
    <w:abstractNumId w:val="8"/>
  </w:num>
  <w:num w:numId="2" w16cid:durableId="1735544988">
    <w:abstractNumId w:val="6"/>
  </w:num>
  <w:num w:numId="3" w16cid:durableId="293567078">
    <w:abstractNumId w:val="5"/>
  </w:num>
  <w:num w:numId="4" w16cid:durableId="438598556">
    <w:abstractNumId w:val="4"/>
  </w:num>
  <w:num w:numId="5" w16cid:durableId="1919512588">
    <w:abstractNumId w:val="7"/>
  </w:num>
  <w:num w:numId="6" w16cid:durableId="364795551">
    <w:abstractNumId w:val="3"/>
  </w:num>
  <w:num w:numId="7" w16cid:durableId="748381608">
    <w:abstractNumId w:val="2"/>
  </w:num>
  <w:num w:numId="8" w16cid:durableId="440346518">
    <w:abstractNumId w:val="1"/>
  </w:num>
  <w:num w:numId="9" w16cid:durableId="1159035957">
    <w:abstractNumId w:val="0"/>
  </w:num>
  <w:num w:numId="10" w16cid:durableId="1029064158">
    <w:abstractNumId w:val="21"/>
  </w:num>
  <w:num w:numId="11" w16cid:durableId="1335180715">
    <w:abstractNumId w:val="12"/>
  </w:num>
  <w:num w:numId="12" w16cid:durableId="1845976904">
    <w:abstractNumId w:val="13"/>
  </w:num>
  <w:num w:numId="13" w16cid:durableId="1161776762">
    <w:abstractNumId w:val="14"/>
  </w:num>
  <w:num w:numId="14" w16cid:durableId="1130973654">
    <w:abstractNumId w:val="22"/>
  </w:num>
  <w:num w:numId="15" w16cid:durableId="668752302">
    <w:abstractNumId w:val="25"/>
  </w:num>
  <w:num w:numId="16" w16cid:durableId="96487411">
    <w:abstractNumId w:val="20"/>
  </w:num>
  <w:num w:numId="17" w16cid:durableId="231038684">
    <w:abstractNumId w:val="11"/>
  </w:num>
  <w:num w:numId="18" w16cid:durableId="1243367880">
    <w:abstractNumId w:val="23"/>
  </w:num>
  <w:num w:numId="19" w16cid:durableId="1552109138">
    <w:abstractNumId w:val="19"/>
  </w:num>
  <w:num w:numId="20" w16cid:durableId="1826893893">
    <w:abstractNumId w:val="24"/>
  </w:num>
  <w:num w:numId="21" w16cid:durableId="561336035">
    <w:abstractNumId w:val="10"/>
  </w:num>
  <w:num w:numId="22" w16cid:durableId="832063780">
    <w:abstractNumId w:val="17"/>
  </w:num>
  <w:num w:numId="23" w16cid:durableId="494343493">
    <w:abstractNumId w:val="16"/>
  </w:num>
  <w:num w:numId="24" w16cid:durableId="521895758">
    <w:abstractNumId w:val="18"/>
  </w:num>
  <w:num w:numId="25" w16cid:durableId="1661687539">
    <w:abstractNumId w:val="15"/>
  </w:num>
  <w:num w:numId="26" w16cid:durableId="1789005403">
    <w:abstractNumId w:val="9"/>
  </w:num>
  <w:num w:numId="27" w16cid:durableId="55463286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4377C"/>
    <w:rsid w:val="0015074B"/>
    <w:rsid w:val="0029639D"/>
    <w:rsid w:val="00326F90"/>
    <w:rsid w:val="004008F0"/>
    <w:rsid w:val="00425B67"/>
    <w:rsid w:val="00624AD4"/>
    <w:rsid w:val="008300CA"/>
    <w:rsid w:val="00966E14"/>
    <w:rsid w:val="00AA1D8D"/>
    <w:rsid w:val="00AD7811"/>
    <w:rsid w:val="00B47730"/>
    <w:rsid w:val="00C46A26"/>
    <w:rsid w:val="00CB0664"/>
    <w:rsid w:val="00DF04B6"/>
    <w:rsid w:val="00FC693F"/>
    <w:rsid w:val="00FF22C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00D8942"/>
  <w14:defaultImageDpi w14:val="300"/>
  <w15:docId w15:val="{5534D6F2-B381-48B1-86CA-E204BA76C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971</Words>
  <Characters>5538</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6497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ashraf ghareeb</cp:lastModifiedBy>
  <cp:revision>2</cp:revision>
  <dcterms:created xsi:type="dcterms:W3CDTF">2025-12-17T20:26:00Z</dcterms:created>
  <dcterms:modified xsi:type="dcterms:W3CDTF">2025-12-17T20:26:00Z</dcterms:modified>
  <cp:category/>
</cp:coreProperties>
</file>