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48C1A" w14:textId="77777777" w:rsidR="00B45C29" w:rsidRDefault="00B45C29" w:rsidP="00F04F3C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  <w:lang w:val="en-CA"/>
        </w:rPr>
      </w:pPr>
    </w:p>
    <w:p w14:paraId="369D8C8B" w14:textId="77777777" w:rsidR="00B45C29" w:rsidRDefault="00B45C29" w:rsidP="00F04F3C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  <w:lang w:val="en-CA"/>
        </w:rPr>
      </w:pPr>
    </w:p>
    <w:p w14:paraId="1CE26F49" w14:textId="77777777" w:rsidR="00B45C29" w:rsidRDefault="00B45C29" w:rsidP="00F04F3C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  <w:lang w:val="en-CA"/>
        </w:rPr>
      </w:pPr>
    </w:p>
    <w:p w14:paraId="29F30D49" w14:textId="77777777" w:rsidR="00B45C29" w:rsidRDefault="00B45C29" w:rsidP="00F04F3C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  <w:lang w:val="en-CA"/>
        </w:rPr>
      </w:pPr>
    </w:p>
    <w:p w14:paraId="0A8E7B9C" w14:textId="77777777" w:rsidR="00B45C29" w:rsidRDefault="00B45C29" w:rsidP="00F04F3C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  <w:lang w:val="en-CA"/>
        </w:rPr>
      </w:pPr>
    </w:p>
    <w:p w14:paraId="148AFB2F" w14:textId="77777777" w:rsidR="00B45C29" w:rsidRDefault="00B45C29" w:rsidP="00F04F3C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  <w:lang w:val="en-CA"/>
        </w:rPr>
      </w:pPr>
    </w:p>
    <w:p w14:paraId="335CC0DB" w14:textId="77777777" w:rsidR="00B45C29" w:rsidRDefault="00B45C29" w:rsidP="00B45C29">
      <w:pPr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  <w:lang w:val="en-CA"/>
        </w:rPr>
      </w:pPr>
      <w:r w:rsidRPr="008C599A">
        <w:rPr>
          <w:rFonts w:ascii="Cairo" w:hAnsi="Cairo" w:cs="Cairo"/>
          <w:noProof/>
          <w:sz w:val="20"/>
          <w:szCs w:val="20"/>
        </w:rPr>
        <w:drawing>
          <wp:inline distT="0" distB="0" distL="0" distR="0" wp14:anchorId="2D2F86EC" wp14:editId="7393E117">
            <wp:extent cx="2222624" cy="787180"/>
            <wp:effectExtent l="0" t="0" r="0" b="0"/>
            <wp:docPr id="10225168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624" cy="78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C4A578" w14:textId="77777777" w:rsidR="00B45C29" w:rsidRDefault="00B45C29" w:rsidP="00B45C29">
      <w:pPr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  <w:lang w:val="en-CA"/>
        </w:rPr>
      </w:pPr>
    </w:p>
    <w:p w14:paraId="4EADE4FA" w14:textId="77C428EC" w:rsidR="00B45C29" w:rsidRPr="00B45C29" w:rsidRDefault="00B45C29" w:rsidP="00B45C29">
      <w:pPr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144"/>
          <w:szCs w:val="72"/>
          <w:lang w:val="en-CA"/>
        </w:rPr>
      </w:pPr>
      <w:r w:rsidRPr="00B45C29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144"/>
          <w:szCs w:val="72"/>
          <w:lang w:val="en-CA"/>
        </w:rPr>
        <w:t>30 Day P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144"/>
          <w:szCs w:val="72"/>
          <w:lang w:val="en-CA"/>
        </w:rPr>
        <w:t>l</w:t>
      </w:r>
      <w:r w:rsidRPr="00B45C29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144"/>
          <w:szCs w:val="72"/>
          <w:lang w:val="en-CA"/>
        </w:rPr>
        <w:t>an</w:t>
      </w:r>
    </w:p>
    <w:p w14:paraId="0036317A" w14:textId="77777777" w:rsidR="00B45C29" w:rsidRDefault="00B45C29" w:rsidP="00B45C29">
      <w:pPr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  <w:lang w:val="en-CA"/>
        </w:rPr>
      </w:pPr>
      <w:r w:rsidRPr="00AE3B17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  <w:lang w:val="en-CA"/>
        </w:rPr>
        <w:t>30-Day LinkedIn Personal Branding Plan</w:t>
      </w:r>
    </w:p>
    <w:p w14:paraId="583966AE" w14:textId="77777777" w:rsidR="00B45C29" w:rsidRDefault="00B45C29" w:rsidP="00B45C29">
      <w:pPr>
        <w:jc w:val="center"/>
        <w:rPr>
          <w:lang w:val="en-CA"/>
        </w:rPr>
      </w:pPr>
    </w:p>
    <w:p w14:paraId="60E48C69" w14:textId="77777777" w:rsidR="00B45C29" w:rsidRDefault="00B45C29" w:rsidP="00B45C29">
      <w:pPr>
        <w:jc w:val="center"/>
        <w:rPr>
          <w:lang w:val="en-CA"/>
        </w:rPr>
      </w:pPr>
    </w:p>
    <w:p w14:paraId="77E7C68A" w14:textId="77777777" w:rsidR="00B45C29" w:rsidRDefault="00B45C29" w:rsidP="00B45C29">
      <w:pPr>
        <w:jc w:val="center"/>
        <w:rPr>
          <w:lang w:val="en-CA"/>
        </w:rPr>
      </w:pPr>
    </w:p>
    <w:p w14:paraId="725260FC" w14:textId="77777777" w:rsidR="00B45C29" w:rsidRDefault="00B45C29" w:rsidP="00B45C29">
      <w:pPr>
        <w:jc w:val="center"/>
        <w:rPr>
          <w:lang w:val="en-CA"/>
        </w:rPr>
      </w:pPr>
    </w:p>
    <w:p w14:paraId="3A13E352" w14:textId="77777777" w:rsidR="00B45C29" w:rsidRDefault="00B45C29" w:rsidP="00B45C29">
      <w:pPr>
        <w:jc w:val="center"/>
        <w:rPr>
          <w:lang w:val="en-CA"/>
        </w:rPr>
      </w:pPr>
    </w:p>
    <w:p w14:paraId="0B423652" w14:textId="5EA45F29" w:rsidR="00B45C29" w:rsidRDefault="00B45C29" w:rsidP="00B45C29">
      <w:pPr>
        <w:pStyle w:val="Header"/>
        <w:ind w:right="-107"/>
        <w:rPr>
          <w:sz w:val="20"/>
          <w:szCs w:val="20"/>
          <w:lang w:val="en-CA"/>
        </w:rPr>
      </w:pPr>
      <w:r>
        <w:rPr>
          <w:sz w:val="20"/>
          <w:szCs w:val="20"/>
          <w:lang w:val="en-CA"/>
        </w:rPr>
        <w:t xml:space="preserve">Template name: </w:t>
      </w:r>
      <w:r w:rsidRPr="006D1441">
        <w:rPr>
          <w:sz w:val="20"/>
          <w:szCs w:val="20"/>
          <w:lang w:val="en-CA"/>
        </w:rPr>
        <w:t>30-Day LinkedIn Personal Branding Plan</w:t>
      </w:r>
    </w:p>
    <w:p w14:paraId="23749B3F" w14:textId="636B32DA" w:rsidR="00B45C29" w:rsidRDefault="00B45C29" w:rsidP="00B45C29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  <w:lang w:val="en-CA"/>
        </w:rPr>
      </w:pPr>
      <w:r>
        <w:rPr>
          <w:sz w:val="20"/>
          <w:szCs w:val="20"/>
          <w:lang w:val="en-CA"/>
        </w:rPr>
        <w:t xml:space="preserve">Template No.: </w:t>
      </w:r>
      <w:r w:rsidRPr="006D1441">
        <w:rPr>
          <w:sz w:val="20"/>
          <w:szCs w:val="20"/>
          <w:lang w:val="en-CA"/>
        </w:rPr>
        <w:t>ekills202600</w:t>
      </w:r>
      <w:r>
        <w:rPr>
          <w:sz w:val="20"/>
          <w:szCs w:val="20"/>
          <w:lang w:val="en-CA"/>
        </w:rPr>
        <w:t>99</w:t>
      </w:r>
      <w:r>
        <w:rPr>
          <w:sz w:val="20"/>
          <w:szCs w:val="20"/>
          <w:lang w:val="en-CA"/>
        </w:rPr>
        <w:br/>
      </w:r>
      <w:r w:rsidRPr="00624AD4">
        <w:rPr>
          <w:sz w:val="20"/>
          <w:szCs w:val="20"/>
          <w:lang w:val="en-CA"/>
        </w:rPr>
        <w:t>Designed by: Ashraf Ghareeb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  <w:lang w:val="en-CA"/>
        </w:rPr>
        <w:br w:type="page"/>
      </w:r>
    </w:p>
    <w:p w14:paraId="1BC18F6C" w14:textId="35D40FF3" w:rsidR="00F04F3C" w:rsidRDefault="00AE3B17" w:rsidP="00F04F3C">
      <w:pPr>
        <w:rPr>
          <w:lang w:val="en-CA"/>
        </w:rPr>
      </w:pPr>
      <w:r w:rsidRPr="00AE3B17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  <w:lang w:val="en-CA"/>
        </w:rPr>
        <w:lastRenderedPageBreak/>
        <w:t>30-Day LinkedIn Personal Branding Plan</w:t>
      </w:r>
    </w:p>
    <w:p w14:paraId="4C0587C1" w14:textId="77777777" w:rsidR="00AE3B17" w:rsidRDefault="00AE3B17" w:rsidP="00F04F3C">
      <w:pPr>
        <w:rPr>
          <w:rFonts w:hint="cs"/>
          <w:rtl/>
          <w:lang w:val="en-CA"/>
        </w:rPr>
      </w:pPr>
    </w:p>
    <w:p w14:paraId="6413773B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Overall Goal</w:t>
      </w:r>
    </w:p>
    <w:p w14:paraId="59D1EEF8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By the end of 30 days, you will:</w:t>
      </w:r>
    </w:p>
    <w:p w14:paraId="65C98672" w14:textId="77777777" w:rsidR="00AE3B17" w:rsidRPr="00AE3B17" w:rsidRDefault="00AE3B17" w:rsidP="00AE3B17">
      <w:pPr>
        <w:numPr>
          <w:ilvl w:val="0"/>
          <w:numId w:val="40"/>
        </w:numPr>
        <w:rPr>
          <w:lang w:val="en-CA"/>
        </w:rPr>
      </w:pPr>
      <w:r w:rsidRPr="00AE3B17">
        <w:rPr>
          <w:lang w:val="en-CA"/>
        </w:rPr>
        <w:t>Be clearly positioned as an expert</w:t>
      </w:r>
    </w:p>
    <w:p w14:paraId="7F37A1E5" w14:textId="77777777" w:rsidR="00AE3B17" w:rsidRPr="00AE3B17" w:rsidRDefault="00AE3B17" w:rsidP="00AE3B17">
      <w:pPr>
        <w:numPr>
          <w:ilvl w:val="0"/>
          <w:numId w:val="40"/>
        </w:numPr>
        <w:rPr>
          <w:lang w:val="en-CA"/>
        </w:rPr>
      </w:pPr>
      <w:r w:rsidRPr="00AE3B17">
        <w:rPr>
          <w:lang w:val="en-CA"/>
        </w:rPr>
        <w:t>Build trust and authority</w:t>
      </w:r>
    </w:p>
    <w:p w14:paraId="144AD045" w14:textId="77777777" w:rsidR="00AE3B17" w:rsidRPr="00AE3B17" w:rsidRDefault="00AE3B17" w:rsidP="00AE3B17">
      <w:pPr>
        <w:numPr>
          <w:ilvl w:val="0"/>
          <w:numId w:val="40"/>
        </w:numPr>
        <w:rPr>
          <w:lang w:val="en-CA"/>
        </w:rPr>
      </w:pPr>
      <w:r w:rsidRPr="00AE3B17">
        <w:rPr>
          <w:lang w:val="en-CA"/>
        </w:rPr>
        <w:t>Increase profile views, followers, and inbound conversations</w:t>
      </w:r>
    </w:p>
    <w:p w14:paraId="1524A722" w14:textId="77777777" w:rsidR="00AE3B17" w:rsidRDefault="00AE3B17" w:rsidP="00AE3B17">
      <w:pPr>
        <w:numPr>
          <w:ilvl w:val="0"/>
          <w:numId w:val="40"/>
        </w:numPr>
        <w:rPr>
          <w:lang w:val="en-CA"/>
        </w:rPr>
      </w:pPr>
      <w:r w:rsidRPr="00AE3B17">
        <w:rPr>
          <w:lang w:val="en-CA"/>
        </w:rPr>
        <w:t>Prepare your profile to convert attention into opportunities</w:t>
      </w:r>
    </w:p>
    <w:p w14:paraId="000A0B4C" w14:textId="77777777" w:rsidR="00AE3B17" w:rsidRDefault="00AE3B17" w:rsidP="00AE3B17">
      <w:pPr>
        <w:rPr>
          <w:lang w:val="en-CA"/>
        </w:rPr>
      </w:pPr>
    </w:p>
    <w:p w14:paraId="583FAFC2" w14:textId="3149EEB6" w:rsidR="00AE3B17" w:rsidRPr="00AE3B17" w:rsidRDefault="00AE3B17" w:rsidP="00AE3B17">
      <w:pPr>
        <w:rPr>
          <w:b/>
          <w:bCs/>
          <w:lang w:val="en-CA"/>
        </w:rPr>
      </w:pPr>
      <w:r>
        <w:rPr>
          <w:b/>
          <w:bCs/>
          <w:lang w:val="en-CA"/>
        </w:rPr>
        <w:t>Content</w:t>
      </w:r>
    </w:p>
    <w:p w14:paraId="46F14930" w14:textId="77777777" w:rsidR="00C5734F" w:rsidRDefault="00C5734F" w:rsidP="00C5734F">
      <w:pPr>
        <w:rPr>
          <w:lang w:val="en-CA"/>
        </w:rPr>
      </w:pPr>
      <w:r w:rsidRPr="00C5734F">
        <w:rPr>
          <w:lang w:val="en-CA"/>
        </w:rPr>
        <w:t>30 days. Four weeks. A complete transformation of your brand through productive, professional personal branding and social media publishing.</w:t>
      </w:r>
    </w:p>
    <w:p w14:paraId="288205A3" w14:textId="454A1AC1" w:rsidR="00AE3B17" w:rsidRDefault="00AE3B17" w:rsidP="00AE3B17">
      <w:pPr>
        <w:numPr>
          <w:ilvl w:val="0"/>
          <w:numId w:val="40"/>
        </w:numPr>
        <w:rPr>
          <w:lang w:val="en-CA"/>
        </w:rPr>
      </w:pPr>
      <w:r w:rsidRPr="00AE3B17">
        <w:rPr>
          <w:lang w:val="en-CA"/>
        </w:rPr>
        <w:t>WEEK 1: FOUNDATION &amp; POSITIONING (Days 1–7)</w:t>
      </w:r>
    </w:p>
    <w:p w14:paraId="62A8BD2D" w14:textId="77777777" w:rsidR="00AE3B17" w:rsidRDefault="00AE3B17" w:rsidP="00AE3B17">
      <w:pPr>
        <w:numPr>
          <w:ilvl w:val="0"/>
          <w:numId w:val="40"/>
        </w:numPr>
        <w:rPr>
          <w:lang w:val="en-CA"/>
        </w:rPr>
      </w:pPr>
      <w:r w:rsidRPr="00AE3B17">
        <w:rPr>
          <w:lang w:val="en-CA"/>
        </w:rPr>
        <w:t>WEEK 2: CONTENT &amp; VISIBILITY (Days 8–14)</w:t>
      </w:r>
    </w:p>
    <w:p w14:paraId="17DA4525" w14:textId="77777777" w:rsidR="00AE3B17" w:rsidRDefault="00AE3B17" w:rsidP="00AE3B17">
      <w:pPr>
        <w:numPr>
          <w:ilvl w:val="0"/>
          <w:numId w:val="40"/>
        </w:numPr>
        <w:rPr>
          <w:lang w:val="en-CA"/>
        </w:rPr>
      </w:pPr>
      <w:r w:rsidRPr="00AE3B17">
        <w:rPr>
          <w:lang w:val="en-CA"/>
        </w:rPr>
        <w:t>WEEK 3: AUTHORITY &amp; TRUST (Days 15–21)</w:t>
      </w:r>
    </w:p>
    <w:p w14:paraId="3A2C8271" w14:textId="1606F779" w:rsidR="00AE3B17" w:rsidRPr="00AE3B17" w:rsidRDefault="00AE3B17" w:rsidP="00AE3B17">
      <w:pPr>
        <w:numPr>
          <w:ilvl w:val="0"/>
          <w:numId w:val="40"/>
        </w:numPr>
        <w:rPr>
          <w:lang w:val="en-CA"/>
        </w:rPr>
      </w:pPr>
      <w:r w:rsidRPr="00AE3B17">
        <w:rPr>
          <w:lang w:val="en-CA"/>
        </w:rPr>
        <w:t>WEEK 4: CONVERSION &amp; OPPORTUNITIES (Days 22–30)</w:t>
      </w:r>
      <w:r w:rsidRPr="00AE3B17">
        <w:rPr>
          <w:lang w:val="en-CA"/>
        </w:rPr>
        <w:br w:type="page"/>
      </w:r>
    </w:p>
    <w:p w14:paraId="589500A4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lastRenderedPageBreak/>
        <w:t>WEEK 1: FOUNDATION &amp; POSITIONING (Days 1–7)</w:t>
      </w:r>
    </w:p>
    <w:p w14:paraId="67467A61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1 – Define Your Brand Core</w:t>
      </w:r>
    </w:p>
    <w:p w14:paraId="15D1BD2C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Write (for yourself):</w:t>
      </w:r>
    </w:p>
    <w:p w14:paraId="2A5303F9" w14:textId="77777777" w:rsidR="00AE3B17" w:rsidRPr="00AE3B17" w:rsidRDefault="00AE3B17" w:rsidP="00AE3B17">
      <w:pPr>
        <w:numPr>
          <w:ilvl w:val="0"/>
          <w:numId w:val="41"/>
        </w:numPr>
        <w:rPr>
          <w:lang w:val="en-CA"/>
        </w:rPr>
      </w:pPr>
      <w:r w:rsidRPr="00AE3B17">
        <w:rPr>
          <w:lang w:val="en-CA"/>
        </w:rPr>
        <w:t>Who do I help?</w:t>
      </w:r>
    </w:p>
    <w:p w14:paraId="4DCC29C5" w14:textId="77777777" w:rsidR="00AE3B17" w:rsidRPr="00AE3B17" w:rsidRDefault="00AE3B17" w:rsidP="00AE3B17">
      <w:pPr>
        <w:numPr>
          <w:ilvl w:val="0"/>
          <w:numId w:val="41"/>
        </w:numPr>
        <w:rPr>
          <w:lang w:val="en-CA"/>
        </w:rPr>
      </w:pPr>
      <w:r w:rsidRPr="00AE3B17">
        <w:rPr>
          <w:lang w:val="en-CA"/>
        </w:rPr>
        <w:t>What problem do I solve?</w:t>
      </w:r>
    </w:p>
    <w:p w14:paraId="2C6B3AE4" w14:textId="77777777" w:rsidR="00AE3B17" w:rsidRPr="00AE3B17" w:rsidRDefault="00AE3B17" w:rsidP="00AE3B17">
      <w:pPr>
        <w:numPr>
          <w:ilvl w:val="0"/>
          <w:numId w:val="41"/>
        </w:numPr>
        <w:rPr>
          <w:lang w:val="en-CA"/>
        </w:rPr>
      </w:pPr>
      <w:r w:rsidRPr="00AE3B17">
        <w:rPr>
          <w:lang w:val="en-CA"/>
        </w:rPr>
        <w:t>What transformation do I create?</w:t>
      </w:r>
    </w:p>
    <w:p w14:paraId="28BF0BE1" w14:textId="77777777" w:rsidR="00AE3B17" w:rsidRPr="00AE3B17" w:rsidRDefault="00AE3B17" w:rsidP="00AE3B17">
      <w:pPr>
        <w:numPr>
          <w:ilvl w:val="0"/>
          <w:numId w:val="41"/>
        </w:numPr>
        <w:rPr>
          <w:lang w:val="en-CA"/>
        </w:rPr>
      </w:pPr>
      <w:r w:rsidRPr="00AE3B17">
        <w:rPr>
          <w:lang w:val="en-CA"/>
        </w:rPr>
        <w:t>Why should people trust me?</w:t>
      </w:r>
    </w:p>
    <w:p w14:paraId="4437826A" w14:textId="77777777" w:rsidR="00AE3B17" w:rsidRPr="00AE3B17" w:rsidRDefault="00AE3B17" w:rsidP="00AE3B17">
      <w:pPr>
        <w:rPr>
          <w:lang w:val="en-CA"/>
        </w:rPr>
      </w:pPr>
      <w:r w:rsidRPr="00AE3B17">
        <w:rPr>
          <w:rFonts w:ascii="Segoe UI Emoji" w:hAnsi="Segoe UI Emoji" w:cs="Segoe UI Emoji"/>
          <w:lang w:val="en-CA"/>
        </w:rPr>
        <w:t>👉</w:t>
      </w:r>
      <w:r w:rsidRPr="00AE3B17">
        <w:rPr>
          <w:lang w:val="en-CA"/>
        </w:rPr>
        <w:t xml:space="preserve"> Output:</w:t>
      </w:r>
    </w:p>
    <w:p w14:paraId="209307E2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 xml:space="preserve">“I help </w:t>
      </w:r>
      <w:r w:rsidRPr="00AE3B17">
        <w:rPr>
          <w:b/>
          <w:bCs/>
          <w:lang w:val="en-CA"/>
        </w:rPr>
        <w:t>[target audience]</w:t>
      </w:r>
      <w:r w:rsidRPr="00AE3B17">
        <w:rPr>
          <w:lang w:val="en-CA"/>
        </w:rPr>
        <w:t xml:space="preserve"> achieve </w:t>
      </w:r>
      <w:r w:rsidRPr="00AE3B17">
        <w:rPr>
          <w:b/>
          <w:bCs/>
          <w:lang w:val="en-CA"/>
        </w:rPr>
        <w:t>[specific result]</w:t>
      </w:r>
      <w:r w:rsidRPr="00AE3B17">
        <w:rPr>
          <w:lang w:val="en-CA"/>
        </w:rPr>
        <w:t xml:space="preserve"> through </w:t>
      </w:r>
      <w:r w:rsidRPr="00AE3B17">
        <w:rPr>
          <w:b/>
          <w:bCs/>
          <w:lang w:val="en-CA"/>
        </w:rPr>
        <w:t>[your expertise]</w:t>
      </w:r>
      <w:r w:rsidRPr="00AE3B17">
        <w:rPr>
          <w:lang w:val="en-CA"/>
        </w:rPr>
        <w:t>.”</w:t>
      </w:r>
    </w:p>
    <w:p w14:paraId="43A227BE" w14:textId="1BFAFCF1" w:rsidR="00AE3B17" w:rsidRPr="00AE3B17" w:rsidRDefault="00AE3B17" w:rsidP="00AE3B17">
      <w:pPr>
        <w:rPr>
          <w:lang w:val="en-CA"/>
        </w:rPr>
      </w:pPr>
    </w:p>
    <w:p w14:paraId="3EDB782B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2 – Optimize Your Profile Photo &amp; Banner</w:t>
      </w:r>
    </w:p>
    <w:p w14:paraId="049DE2CA" w14:textId="77777777" w:rsidR="00AE3B17" w:rsidRPr="00AE3B17" w:rsidRDefault="00AE3B17" w:rsidP="00AE3B17">
      <w:pPr>
        <w:rPr>
          <w:lang w:val="en-CA"/>
        </w:rPr>
      </w:pPr>
      <w:r w:rsidRPr="00AE3B17">
        <w:rPr>
          <w:b/>
          <w:bCs/>
          <w:lang w:val="en-CA"/>
        </w:rPr>
        <w:t>Profile photo</w:t>
      </w:r>
    </w:p>
    <w:p w14:paraId="381218B4" w14:textId="77777777" w:rsidR="00AE3B17" w:rsidRPr="00AE3B17" w:rsidRDefault="00AE3B17" w:rsidP="00AE3B17">
      <w:pPr>
        <w:numPr>
          <w:ilvl w:val="0"/>
          <w:numId w:val="42"/>
        </w:numPr>
        <w:rPr>
          <w:lang w:val="en-CA"/>
        </w:rPr>
      </w:pPr>
      <w:r w:rsidRPr="00AE3B17">
        <w:rPr>
          <w:lang w:val="en-CA"/>
        </w:rPr>
        <w:t>Clear face</w:t>
      </w:r>
    </w:p>
    <w:p w14:paraId="294A8982" w14:textId="77777777" w:rsidR="00AE3B17" w:rsidRPr="00AE3B17" w:rsidRDefault="00AE3B17" w:rsidP="00AE3B17">
      <w:pPr>
        <w:numPr>
          <w:ilvl w:val="0"/>
          <w:numId w:val="42"/>
        </w:numPr>
        <w:rPr>
          <w:lang w:val="en-CA"/>
        </w:rPr>
      </w:pPr>
      <w:r w:rsidRPr="00AE3B17">
        <w:rPr>
          <w:lang w:val="en-CA"/>
        </w:rPr>
        <w:t>Neutral background</w:t>
      </w:r>
    </w:p>
    <w:p w14:paraId="2B8A0B15" w14:textId="77777777" w:rsidR="00AE3B17" w:rsidRPr="00AE3B17" w:rsidRDefault="00AE3B17" w:rsidP="00AE3B17">
      <w:pPr>
        <w:numPr>
          <w:ilvl w:val="0"/>
          <w:numId w:val="42"/>
        </w:numPr>
        <w:rPr>
          <w:lang w:val="en-CA"/>
        </w:rPr>
      </w:pPr>
      <w:r w:rsidRPr="00AE3B17">
        <w:rPr>
          <w:lang w:val="en-CA"/>
        </w:rPr>
        <w:t>Professional but human</w:t>
      </w:r>
    </w:p>
    <w:p w14:paraId="69D7E9B6" w14:textId="77777777" w:rsidR="00AE3B17" w:rsidRPr="00AE3B17" w:rsidRDefault="00AE3B17" w:rsidP="00AE3B17">
      <w:pPr>
        <w:rPr>
          <w:lang w:val="en-CA"/>
        </w:rPr>
      </w:pPr>
      <w:r w:rsidRPr="00AE3B17">
        <w:rPr>
          <w:b/>
          <w:bCs/>
          <w:lang w:val="en-CA"/>
        </w:rPr>
        <w:t>Banner</w:t>
      </w:r>
      <w:r w:rsidRPr="00AE3B17">
        <w:rPr>
          <w:lang w:val="en-CA"/>
        </w:rPr>
        <w:br/>
        <w:t>Include:</w:t>
      </w:r>
    </w:p>
    <w:p w14:paraId="1B2DD717" w14:textId="77777777" w:rsidR="00AE3B17" w:rsidRPr="00AE3B17" w:rsidRDefault="00AE3B17" w:rsidP="00AE3B17">
      <w:pPr>
        <w:numPr>
          <w:ilvl w:val="0"/>
          <w:numId w:val="43"/>
        </w:numPr>
        <w:rPr>
          <w:lang w:val="en-CA"/>
        </w:rPr>
      </w:pPr>
      <w:r w:rsidRPr="00AE3B17">
        <w:rPr>
          <w:lang w:val="en-CA"/>
        </w:rPr>
        <w:t>What you do</w:t>
      </w:r>
    </w:p>
    <w:p w14:paraId="48A15D61" w14:textId="77777777" w:rsidR="00AE3B17" w:rsidRPr="00AE3B17" w:rsidRDefault="00AE3B17" w:rsidP="00AE3B17">
      <w:pPr>
        <w:numPr>
          <w:ilvl w:val="0"/>
          <w:numId w:val="43"/>
        </w:numPr>
        <w:rPr>
          <w:lang w:val="en-CA"/>
        </w:rPr>
      </w:pPr>
      <w:r w:rsidRPr="00AE3B17">
        <w:rPr>
          <w:lang w:val="en-CA"/>
        </w:rPr>
        <w:t>Who you help</w:t>
      </w:r>
    </w:p>
    <w:p w14:paraId="71882BC6" w14:textId="77777777" w:rsidR="00AE3B17" w:rsidRPr="00AE3B17" w:rsidRDefault="00AE3B17" w:rsidP="00AE3B17">
      <w:pPr>
        <w:numPr>
          <w:ilvl w:val="0"/>
          <w:numId w:val="43"/>
        </w:numPr>
        <w:rPr>
          <w:lang w:val="en-CA"/>
        </w:rPr>
      </w:pPr>
      <w:r w:rsidRPr="00AE3B17">
        <w:rPr>
          <w:lang w:val="en-CA"/>
        </w:rPr>
        <w:t>One strong promise or belief</w:t>
      </w:r>
    </w:p>
    <w:p w14:paraId="10044D75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Example:</w:t>
      </w:r>
    </w:p>
    <w:p w14:paraId="101C452B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“Turning Skills into Measurable Performance”</w:t>
      </w:r>
    </w:p>
    <w:p w14:paraId="279636EC" w14:textId="06C66FD6" w:rsidR="00AE3B17" w:rsidRPr="00AE3B17" w:rsidRDefault="00AE3B17" w:rsidP="00AE3B17">
      <w:pPr>
        <w:rPr>
          <w:lang w:val="en-CA"/>
        </w:rPr>
      </w:pPr>
    </w:p>
    <w:p w14:paraId="48C5CD55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3 – Rewrite Your Headline (Most Important Part)</w:t>
      </w:r>
    </w:p>
    <w:p w14:paraId="6763084C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Formula:</w:t>
      </w:r>
      <w:r w:rsidRPr="00AE3B17">
        <w:rPr>
          <w:lang w:val="en-CA"/>
        </w:rPr>
        <w:br/>
      </w:r>
      <w:r w:rsidRPr="00AE3B17">
        <w:rPr>
          <w:b/>
          <w:bCs/>
          <w:lang w:val="en-CA"/>
        </w:rPr>
        <w:t>WHO you help + WHAT result + HOW (method/angle)</w:t>
      </w:r>
    </w:p>
    <w:p w14:paraId="5D424451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lastRenderedPageBreak/>
        <w:t>Example:</w:t>
      </w:r>
    </w:p>
    <w:p w14:paraId="5243C92B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Corporate Trainer | Helping Organizations Build Human-Centered Skills | CX, Creative Thinking &amp; AI-Driven Learning</w:t>
      </w:r>
    </w:p>
    <w:p w14:paraId="0D894620" w14:textId="448494ED" w:rsidR="00AE3B17" w:rsidRPr="00AE3B17" w:rsidRDefault="00AE3B17" w:rsidP="00AE3B17">
      <w:pPr>
        <w:rPr>
          <w:lang w:val="en-CA"/>
        </w:rPr>
      </w:pPr>
    </w:p>
    <w:p w14:paraId="6653E262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4 – Rewrite Your “About” Section (Story-Based)</w:t>
      </w:r>
    </w:p>
    <w:p w14:paraId="3B20C29D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Structure:</w:t>
      </w:r>
    </w:p>
    <w:p w14:paraId="72D6C1EC" w14:textId="77777777" w:rsidR="00AE3B17" w:rsidRPr="00AE3B17" w:rsidRDefault="00AE3B17" w:rsidP="00AE3B17">
      <w:pPr>
        <w:numPr>
          <w:ilvl w:val="0"/>
          <w:numId w:val="44"/>
        </w:numPr>
        <w:rPr>
          <w:lang w:val="en-CA"/>
        </w:rPr>
      </w:pPr>
      <w:r w:rsidRPr="00AE3B17">
        <w:rPr>
          <w:lang w:val="en-CA"/>
        </w:rPr>
        <w:t>The problem you see</w:t>
      </w:r>
    </w:p>
    <w:p w14:paraId="33DA601D" w14:textId="77777777" w:rsidR="00AE3B17" w:rsidRPr="00AE3B17" w:rsidRDefault="00AE3B17" w:rsidP="00AE3B17">
      <w:pPr>
        <w:numPr>
          <w:ilvl w:val="0"/>
          <w:numId w:val="44"/>
        </w:numPr>
        <w:rPr>
          <w:lang w:val="en-CA"/>
        </w:rPr>
      </w:pPr>
      <w:r w:rsidRPr="00AE3B17">
        <w:rPr>
          <w:lang w:val="en-CA"/>
        </w:rPr>
        <w:t>Your journey / credibility</w:t>
      </w:r>
    </w:p>
    <w:p w14:paraId="5BA6093B" w14:textId="77777777" w:rsidR="00AE3B17" w:rsidRPr="00AE3B17" w:rsidRDefault="00AE3B17" w:rsidP="00AE3B17">
      <w:pPr>
        <w:numPr>
          <w:ilvl w:val="0"/>
          <w:numId w:val="44"/>
        </w:numPr>
        <w:rPr>
          <w:lang w:val="en-CA"/>
        </w:rPr>
      </w:pPr>
      <w:r w:rsidRPr="00AE3B17">
        <w:rPr>
          <w:lang w:val="en-CA"/>
        </w:rPr>
        <w:t>Your philosophy</w:t>
      </w:r>
    </w:p>
    <w:p w14:paraId="0BBD0E54" w14:textId="77777777" w:rsidR="00AE3B17" w:rsidRPr="00AE3B17" w:rsidRDefault="00AE3B17" w:rsidP="00AE3B17">
      <w:pPr>
        <w:numPr>
          <w:ilvl w:val="0"/>
          <w:numId w:val="44"/>
        </w:numPr>
        <w:rPr>
          <w:lang w:val="en-CA"/>
        </w:rPr>
      </w:pPr>
      <w:r w:rsidRPr="00AE3B17">
        <w:rPr>
          <w:lang w:val="en-CA"/>
        </w:rPr>
        <w:t>Who you help now</w:t>
      </w:r>
    </w:p>
    <w:p w14:paraId="6EDB6396" w14:textId="77777777" w:rsidR="00AE3B17" w:rsidRPr="00AE3B17" w:rsidRDefault="00AE3B17" w:rsidP="00AE3B17">
      <w:pPr>
        <w:numPr>
          <w:ilvl w:val="0"/>
          <w:numId w:val="44"/>
        </w:numPr>
        <w:rPr>
          <w:lang w:val="en-CA"/>
        </w:rPr>
      </w:pPr>
      <w:r w:rsidRPr="00AE3B17">
        <w:rPr>
          <w:lang w:val="en-CA"/>
        </w:rPr>
        <w:t>Call to action</w:t>
      </w:r>
    </w:p>
    <w:p w14:paraId="71885EBC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End with:</w:t>
      </w:r>
    </w:p>
    <w:p w14:paraId="17A74C35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“Let’s connect if you care about real skill development.”</w:t>
      </w:r>
    </w:p>
    <w:p w14:paraId="0823551D" w14:textId="05BD26C2" w:rsidR="00AE3B17" w:rsidRPr="00AE3B17" w:rsidRDefault="00AE3B17" w:rsidP="00AE3B17">
      <w:pPr>
        <w:rPr>
          <w:lang w:val="en-CA"/>
        </w:rPr>
      </w:pPr>
    </w:p>
    <w:p w14:paraId="4E84F46E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5 – Experience Section (Value-Oriented)</w:t>
      </w:r>
    </w:p>
    <w:p w14:paraId="5DA1F0F5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For each role:</w:t>
      </w:r>
    </w:p>
    <w:p w14:paraId="28A5CE68" w14:textId="77777777" w:rsidR="00AE3B17" w:rsidRPr="00AE3B17" w:rsidRDefault="00AE3B17" w:rsidP="00AE3B17">
      <w:pPr>
        <w:numPr>
          <w:ilvl w:val="0"/>
          <w:numId w:val="45"/>
        </w:numPr>
        <w:rPr>
          <w:lang w:val="en-CA"/>
        </w:rPr>
      </w:pPr>
      <w:r w:rsidRPr="00AE3B17">
        <w:rPr>
          <w:lang w:val="en-CA"/>
        </w:rPr>
        <w:t>What problem did you solve?</w:t>
      </w:r>
    </w:p>
    <w:p w14:paraId="7BEC38BB" w14:textId="77777777" w:rsidR="00AE3B17" w:rsidRPr="00AE3B17" w:rsidRDefault="00AE3B17" w:rsidP="00AE3B17">
      <w:pPr>
        <w:numPr>
          <w:ilvl w:val="0"/>
          <w:numId w:val="45"/>
        </w:numPr>
        <w:rPr>
          <w:lang w:val="en-CA"/>
        </w:rPr>
      </w:pPr>
      <w:r w:rsidRPr="00AE3B17">
        <w:rPr>
          <w:lang w:val="en-CA"/>
        </w:rPr>
        <w:t>What impact did you create?</w:t>
      </w:r>
    </w:p>
    <w:p w14:paraId="30494CAE" w14:textId="77777777" w:rsidR="00AE3B17" w:rsidRPr="00AE3B17" w:rsidRDefault="00AE3B17" w:rsidP="00AE3B17">
      <w:pPr>
        <w:numPr>
          <w:ilvl w:val="0"/>
          <w:numId w:val="45"/>
        </w:numPr>
        <w:rPr>
          <w:lang w:val="en-CA"/>
        </w:rPr>
      </w:pPr>
      <w:r w:rsidRPr="00AE3B17">
        <w:rPr>
          <w:lang w:val="en-CA"/>
        </w:rPr>
        <w:t>Who benefited?</w:t>
      </w:r>
    </w:p>
    <w:p w14:paraId="070F74AC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 xml:space="preserve">Avoid task lists. Focus on </w:t>
      </w:r>
      <w:r w:rsidRPr="00AE3B17">
        <w:rPr>
          <w:b/>
          <w:bCs/>
          <w:lang w:val="en-CA"/>
        </w:rPr>
        <w:t>outcomes</w:t>
      </w:r>
      <w:r w:rsidRPr="00AE3B17">
        <w:rPr>
          <w:lang w:val="en-CA"/>
        </w:rPr>
        <w:t>.</w:t>
      </w:r>
    </w:p>
    <w:p w14:paraId="76FBAC91" w14:textId="2D5227A2" w:rsidR="00AE3B17" w:rsidRPr="00AE3B17" w:rsidRDefault="00AE3B17" w:rsidP="00AE3B17">
      <w:pPr>
        <w:rPr>
          <w:lang w:val="en-CA"/>
        </w:rPr>
      </w:pPr>
    </w:p>
    <w:p w14:paraId="30183ED2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6 – Featured Section</w:t>
      </w:r>
    </w:p>
    <w:p w14:paraId="2D2ED9C7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Add:</w:t>
      </w:r>
    </w:p>
    <w:p w14:paraId="796578D0" w14:textId="77777777" w:rsidR="00AE3B17" w:rsidRPr="00AE3B17" w:rsidRDefault="00AE3B17" w:rsidP="00AE3B17">
      <w:pPr>
        <w:numPr>
          <w:ilvl w:val="0"/>
          <w:numId w:val="46"/>
        </w:numPr>
        <w:rPr>
          <w:lang w:val="en-CA"/>
        </w:rPr>
      </w:pPr>
      <w:r w:rsidRPr="00AE3B17">
        <w:rPr>
          <w:lang w:val="en-CA"/>
        </w:rPr>
        <w:t>Article</w:t>
      </w:r>
    </w:p>
    <w:p w14:paraId="44D8B561" w14:textId="77777777" w:rsidR="00AE3B17" w:rsidRPr="00AE3B17" w:rsidRDefault="00AE3B17" w:rsidP="00AE3B17">
      <w:pPr>
        <w:numPr>
          <w:ilvl w:val="0"/>
          <w:numId w:val="46"/>
        </w:numPr>
        <w:rPr>
          <w:lang w:val="en-CA"/>
        </w:rPr>
      </w:pPr>
      <w:r w:rsidRPr="00AE3B17">
        <w:rPr>
          <w:lang w:val="en-CA"/>
        </w:rPr>
        <w:t>PDF</w:t>
      </w:r>
    </w:p>
    <w:p w14:paraId="48B320C8" w14:textId="77777777" w:rsidR="00AE3B17" w:rsidRPr="00AE3B17" w:rsidRDefault="00AE3B17" w:rsidP="00AE3B17">
      <w:pPr>
        <w:numPr>
          <w:ilvl w:val="0"/>
          <w:numId w:val="46"/>
        </w:numPr>
        <w:rPr>
          <w:lang w:val="en-CA"/>
        </w:rPr>
      </w:pPr>
      <w:r w:rsidRPr="00AE3B17">
        <w:rPr>
          <w:lang w:val="en-CA"/>
        </w:rPr>
        <w:t>Website</w:t>
      </w:r>
    </w:p>
    <w:p w14:paraId="1AFD6AA1" w14:textId="77777777" w:rsidR="00AE3B17" w:rsidRPr="00AE3B17" w:rsidRDefault="00AE3B17" w:rsidP="00AE3B17">
      <w:pPr>
        <w:numPr>
          <w:ilvl w:val="0"/>
          <w:numId w:val="46"/>
        </w:numPr>
        <w:rPr>
          <w:lang w:val="en-CA"/>
        </w:rPr>
      </w:pPr>
      <w:r w:rsidRPr="00AE3B17">
        <w:rPr>
          <w:lang w:val="en-CA"/>
        </w:rPr>
        <w:lastRenderedPageBreak/>
        <w:t>Case study</w:t>
      </w:r>
    </w:p>
    <w:p w14:paraId="06F07164" w14:textId="77777777" w:rsidR="00AE3B17" w:rsidRPr="00AE3B17" w:rsidRDefault="00AE3B17" w:rsidP="00AE3B17">
      <w:pPr>
        <w:numPr>
          <w:ilvl w:val="0"/>
          <w:numId w:val="46"/>
        </w:numPr>
        <w:rPr>
          <w:lang w:val="en-CA"/>
        </w:rPr>
      </w:pPr>
      <w:r w:rsidRPr="00AE3B17">
        <w:rPr>
          <w:lang w:val="en-CA"/>
        </w:rPr>
        <w:t>Training brochure</w:t>
      </w:r>
    </w:p>
    <w:p w14:paraId="513AC711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 xml:space="preserve">Purpose: </w:t>
      </w:r>
      <w:r w:rsidRPr="00AE3B17">
        <w:rPr>
          <w:b/>
          <w:bCs/>
          <w:lang w:val="en-CA"/>
        </w:rPr>
        <w:t>proof of expertise</w:t>
      </w:r>
    </w:p>
    <w:p w14:paraId="56F3CACA" w14:textId="43C73C08" w:rsidR="00AE3B17" w:rsidRPr="00AE3B17" w:rsidRDefault="00AE3B17" w:rsidP="00AE3B17">
      <w:pPr>
        <w:rPr>
          <w:lang w:val="en-CA"/>
        </w:rPr>
      </w:pPr>
    </w:p>
    <w:p w14:paraId="61B78BA3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7 – Soft Relaunch Post</w:t>
      </w:r>
    </w:p>
    <w:p w14:paraId="5974C767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Post:</w:t>
      </w:r>
    </w:p>
    <w:p w14:paraId="7012966D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“Why I do what I do”</w:t>
      </w:r>
      <w:r w:rsidRPr="00AE3B17">
        <w:rPr>
          <w:lang w:val="en-CA"/>
        </w:rPr>
        <w:br/>
        <w:t>Share your philosophy, not a sales pitch.</w:t>
      </w:r>
    </w:p>
    <w:p w14:paraId="1421D5E7" w14:textId="16C334B3" w:rsidR="00AE3B17" w:rsidRDefault="00AE3B17">
      <w:pPr>
        <w:rPr>
          <w:lang w:val="en-CA"/>
        </w:rPr>
      </w:pPr>
      <w:r>
        <w:rPr>
          <w:lang w:val="en-CA"/>
        </w:rPr>
        <w:br w:type="page"/>
      </w:r>
    </w:p>
    <w:p w14:paraId="7117AD98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lastRenderedPageBreak/>
        <w:t>WEEK 2: CONTENT &amp; VISIBILITY (Days 8–14)</w:t>
      </w:r>
    </w:p>
    <w:p w14:paraId="346BA6A4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Content Rule (Very Important)</w:t>
      </w:r>
    </w:p>
    <w:p w14:paraId="20E4B653" w14:textId="77777777" w:rsidR="00AE3B17" w:rsidRPr="00AE3B17" w:rsidRDefault="00AE3B17" w:rsidP="00AE3B17">
      <w:pPr>
        <w:numPr>
          <w:ilvl w:val="0"/>
          <w:numId w:val="47"/>
        </w:numPr>
        <w:rPr>
          <w:lang w:val="en-CA"/>
        </w:rPr>
      </w:pPr>
      <w:r w:rsidRPr="00AE3B17">
        <w:rPr>
          <w:lang w:val="en-CA"/>
        </w:rPr>
        <w:t>80% value</w:t>
      </w:r>
    </w:p>
    <w:p w14:paraId="01335257" w14:textId="77777777" w:rsidR="00AE3B17" w:rsidRPr="00AE3B17" w:rsidRDefault="00AE3B17" w:rsidP="00AE3B17">
      <w:pPr>
        <w:numPr>
          <w:ilvl w:val="0"/>
          <w:numId w:val="47"/>
        </w:numPr>
        <w:rPr>
          <w:lang w:val="en-CA"/>
        </w:rPr>
      </w:pPr>
      <w:r w:rsidRPr="00AE3B17">
        <w:rPr>
          <w:lang w:val="en-CA"/>
        </w:rPr>
        <w:t>20% positioning</w:t>
      </w:r>
    </w:p>
    <w:p w14:paraId="28EA9252" w14:textId="77777777" w:rsidR="00AE3B17" w:rsidRPr="00AE3B17" w:rsidRDefault="00AE3B17" w:rsidP="00AE3B17">
      <w:pPr>
        <w:numPr>
          <w:ilvl w:val="0"/>
          <w:numId w:val="47"/>
        </w:numPr>
        <w:rPr>
          <w:lang w:val="en-CA"/>
        </w:rPr>
      </w:pPr>
      <w:r w:rsidRPr="00AE3B17">
        <w:rPr>
          <w:lang w:val="en-CA"/>
        </w:rPr>
        <w:t>0% desperation</w:t>
      </w:r>
    </w:p>
    <w:p w14:paraId="49FC2EE7" w14:textId="1ACD5C40" w:rsidR="00AE3B17" w:rsidRPr="00AE3B17" w:rsidRDefault="00AE3B17" w:rsidP="00AE3B17">
      <w:pPr>
        <w:rPr>
          <w:lang w:val="en-CA"/>
        </w:rPr>
      </w:pPr>
    </w:p>
    <w:p w14:paraId="6AA03476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8 – Educational Post</w:t>
      </w:r>
    </w:p>
    <w:p w14:paraId="1F09819D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Teach ONE clear idea:</w:t>
      </w:r>
    </w:p>
    <w:p w14:paraId="4ABE2958" w14:textId="77777777" w:rsidR="00AE3B17" w:rsidRPr="00AE3B17" w:rsidRDefault="00AE3B17" w:rsidP="00AE3B17">
      <w:pPr>
        <w:numPr>
          <w:ilvl w:val="0"/>
          <w:numId w:val="48"/>
        </w:numPr>
        <w:rPr>
          <w:lang w:val="en-CA"/>
        </w:rPr>
      </w:pPr>
      <w:r w:rsidRPr="00AE3B17">
        <w:rPr>
          <w:lang w:val="en-CA"/>
        </w:rPr>
        <w:t>A framework</w:t>
      </w:r>
    </w:p>
    <w:p w14:paraId="7C44EF7B" w14:textId="77777777" w:rsidR="00AE3B17" w:rsidRPr="00AE3B17" w:rsidRDefault="00AE3B17" w:rsidP="00AE3B17">
      <w:pPr>
        <w:numPr>
          <w:ilvl w:val="0"/>
          <w:numId w:val="48"/>
        </w:numPr>
        <w:rPr>
          <w:lang w:val="en-CA"/>
        </w:rPr>
      </w:pPr>
      <w:r w:rsidRPr="00AE3B17">
        <w:rPr>
          <w:lang w:val="en-CA"/>
        </w:rPr>
        <w:t>A mistake</w:t>
      </w:r>
    </w:p>
    <w:p w14:paraId="7BA42BB4" w14:textId="77777777" w:rsidR="00AE3B17" w:rsidRPr="00AE3B17" w:rsidRDefault="00AE3B17" w:rsidP="00AE3B17">
      <w:pPr>
        <w:numPr>
          <w:ilvl w:val="0"/>
          <w:numId w:val="48"/>
        </w:numPr>
        <w:rPr>
          <w:lang w:val="en-CA"/>
        </w:rPr>
      </w:pPr>
      <w:r w:rsidRPr="00AE3B17">
        <w:rPr>
          <w:lang w:val="en-CA"/>
        </w:rPr>
        <w:t>A lesson</w:t>
      </w:r>
    </w:p>
    <w:p w14:paraId="642D997D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Example:</w:t>
      </w:r>
    </w:p>
    <w:p w14:paraId="44664F6A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“Most training fails because it focuses on information, not behavior.”</w:t>
      </w:r>
    </w:p>
    <w:p w14:paraId="24016AC7" w14:textId="4044646C" w:rsidR="00AE3B17" w:rsidRPr="00AE3B17" w:rsidRDefault="00AE3B17" w:rsidP="00AE3B17">
      <w:pPr>
        <w:rPr>
          <w:lang w:val="en-CA"/>
        </w:rPr>
      </w:pPr>
    </w:p>
    <w:p w14:paraId="656A22E4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9 – Comment Strategy Day</w:t>
      </w:r>
    </w:p>
    <w:p w14:paraId="33C9736C" w14:textId="77777777" w:rsidR="00AE3B17" w:rsidRPr="00AE3B17" w:rsidRDefault="00AE3B17" w:rsidP="00AE3B17">
      <w:pPr>
        <w:numPr>
          <w:ilvl w:val="0"/>
          <w:numId w:val="49"/>
        </w:numPr>
        <w:rPr>
          <w:lang w:val="en-CA"/>
        </w:rPr>
      </w:pPr>
      <w:r w:rsidRPr="00AE3B17">
        <w:rPr>
          <w:lang w:val="en-CA"/>
        </w:rPr>
        <w:t xml:space="preserve">Leave </w:t>
      </w:r>
      <w:r w:rsidRPr="00AE3B17">
        <w:rPr>
          <w:b/>
          <w:bCs/>
          <w:lang w:val="en-CA"/>
        </w:rPr>
        <w:t>10 meaningful comments</w:t>
      </w:r>
      <w:r w:rsidRPr="00AE3B17">
        <w:rPr>
          <w:lang w:val="en-CA"/>
        </w:rPr>
        <w:t xml:space="preserve"> on relevant posts</w:t>
      </w:r>
    </w:p>
    <w:p w14:paraId="525DD3F8" w14:textId="77777777" w:rsidR="00AE3B17" w:rsidRPr="00AE3B17" w:rsidRDefault="00AE3B17" w:rsidP="00AE3B17">
      <w:pPr>
        <w:numPr>
          <w:ilvl w:val="0"/>
          <w:numId w:val="49"/>
        </w:numPr>
        <w:rPr>
          <w:lang w:val="en-CA"/>
        </w:rPr>
      </w:pPr>
      <w:r w:rsidRPr="00AE3B17">
        <w:rPr>
          <w:lang w:val="en-CA"/>
        </w:rPr>
        <w:t>Add insight, not praise</w:t>
      </w:r>
    </w:p>
    <w:p w14:paraId="7499B3D9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This increases profile views dramatically.</w:t>
      </w:r>
    </w:p>
    <w:p w14:paraId="4795751B" w14:textId="22CD7D15" w:rsidR="00AE3B17" w:rsidRPr="00AE3B17" w:rsidRDefault="00AE3B17" w:rsidP="00AE3B17">
      <w:pPr>
        <w:rPr>
          <w:lang w:val="en-CA"/>
        </w:rPr>
      </w:pPr>
    </w:p>
    <w:p w14:paraId="4BBA6E97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10 – Authority Post</w:t>
      </w:r>
    </w:p>
    <w:p w14:paraId="4A317245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Share:</w:t>
      </w:r>
    </w:p>
    <w:p w14:paraId="65F98B9E" w14:textId="77777777" w:rsidR="00AE3B17" w:rsidRPr="00AE3B17" w:rsidRDefault="00AE3B17" w:rsidP="00AE3B17">
      <w:pPr>
        <w:numPr>
          <w:ilvl w:val="0"/>
          <w:numId w:val="50"/>
        </w:numPr>
        <w:rPr>
          <w:lang w:val="en-CA"/>
        </w:rPr>
      </w:pPr>
      <w:r w:rsidRPr="00AE3B17">
        <w:rPr>
          <w:lang w:val="en-CA"/>
        </w:rPr>
        <w:t>A lesson from experience</w:t>
      </w:r>
    </w:p>
    <w:p w14:paraId="316E2256" w14:textId="77777777" w:rsidR="00AE3B17" w:rsidRPr="00AE3B17" w:rsidRDefault="00AE3B17" w:rsidP="00AE3B17">
      <w:pPr>
        <w:numPr>
          <w:ilvl w:val="0"/>
          <w:numId w:val="50"/>
        </w:numPr>
        <w:rPr>
          <w:lang w:val="en-CA"/>
        </w:rPr>
      </w:pPr>
      <w:r w:rsidRPr="00AE3B17">
        <w:rPr>
          <w:lang w:val="en-CA"/>
        </w:rPr>
        <w:t>A client insight</w:t>
      </w:r>
    </w:p>
    <w:p w14:paraId="69281355" w14:textId="77777777" w:rsidR="00AE3B17" w:rsidRPr="00AE3B17" w:rsidRDefault="00AE3B17" w:rsidP="00AE3B17">
      <w:pPr>
        <w:numPr>
          <w:ilvl w:val="0"/>
          <w:numId w:val="50"/>
        </w:numPr>
        <w:rPr>
          <w:lang w:val="en-CA"/>
        </w:rPr>
      </w:pPr>
      <w:r w:rsidRPr="00AE3B17">
        <w:rPr>
          <w:lang w:val="en-CA"/>
        </w:rPr>
        <w:t>A pattern you’ve noticed over years</w:t>
      </w:r>
    </w:p>
    <w:p w14:paraId="417A98C4" w14:textId="5358D4FF" w:rsidR="00AE3B17" w:rsidRPr="00AE3B17" w:rsidRDefault="00AE3B17" w:rsidP="00AE3B17">
      <w:pPr>
        <w:rPr>
          <w:lang w:val="en-CA"/>
        </w:rPr>
      </w:pPr>
    </w:p>
    <w:p w14:paraId="17437ED5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lastRenderedPageBreak/>
        <w:t>Day 11 – Personal Insight Post</w:t>
      </w:r>
    </w:p>
    <w:p w14:paraId="13656CE0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Human post:</w:t>
      </w:r>
    </w:p>
    <w:p w14:paraId="350E8965" w14:textId="77777777" w:rsidR="00AE3B17" w:rsidRPr="00AE3B17" w:rsidRDefault="00AE3B17" w:rsidP="00AE3B17">
      <w:pPr>
        <w:numPr>
          <w:ilvl w:val="0"/>
          <w:numId w:val="51"/>
        </w:numPr>
        <w:rPr>
          <w:lang w:val="en-CA"/>
        </w:rPr>
      </w:pPr>
      <w:r w:rsidRPr="00AE3B17">
        <w:rPr>
          <w:lang w:val="en-CA"/>
        </w:rPr>
        <w:t>A struggle</w:t>
      </w:r>
    </w:p>
    <w:p w14:paraId="09B9AE21" w14:textId="77777777" w:rsidR="00AE3B17" w:rsidRPr="00AE3B17" w:rsidRDefault="00AE3B17" w:rsidP="00AE3B17">
      <w:pPr>
        <w:numPr>
          <w:ilvl w:val="0"/>
          <w:numId w:val="51"/>
        </w:numPr>
        <w:rPr>
          <w:lang w:val="en-CA"/>
        </w:rPr>
      </w:pPr>
      <w:r w:rsidRPr="00AE3B17">
        <w:rPr>
          <w:lang w:val="en-CA"/>
        </w:rPr>
        <w:t>A realization</w:t>
      </w:r>
    </w:p>
    <w:p w14:paraId="3359D193" w14:textId="77777777" w:rsidR="00AE3B17" w:rsidRPr="00AE3B17" w:rsidRDefault="00AE3B17" w:rsidP="00AE3B17">
      <w:pPr>
        <w:numPr>
          <w:ilvl w:val="0"/>
          <w:numId w:val="51"/>
        </w:numPr>
        <w:rPr>
          <w:lang w:val="en-CA"/>
        </w:rPr>
      </w:pPr>
      <w:r w:rsidRPr="00AE3B17">
        <w:rPr>
          <w:lang w:val="en-CA"/>
        </w:rPr>
        <w:t>A mindset shift</w:t>
      </w:r>
    </w:p>
    <w:p w14:paraId="17C9C6FA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Trust grows here.</w:t>
      </w:r>
    </w:p>
    <w:p w14:paraId="32E31EBE" w14:textId="11F01AFF" w:rsidR="00AE3B17" w:rsidRPr="00AE3B17" w:rsidRDefault="00AE3B17" w:rsidP="00AE3B17">
      <w:pPr>
        <w:rPr>
          <w:lang w:val="en-CA"/>
        </w:rPr>
      </w:pPr>
    </w:p>
    <w:p w14:paraId="4E1F2229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12 – Carousel or Text Framework</w:t>
      </w:r>
    </w:p>
    <w:p w14:paraId="1B6E4F25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Share:</w:t>
      </w:r>
    </w:p>
    <w:p w14:paraId="71DF0685" w14:textId="77777777" w:rsidR="00AE3B17" w:rsidRPr="00AE3B17" w:rsidRDefault="00AE3B17" w:rsidP="00AE3B17">
      <w:pPr>
        <w:numPr>
          <w:ilvl w:val="0"/>
          <w:numId w:val="52"/>
        </w:numPr>
        <w:rPr>
          <w:lang w:val="en-CA"/>
        </w:rPr>
      </w:pPr>
      <w:r w:rsidRPr="00AE3B17">
        <w:rPr>
          <w:lang w:val="en-CA"/>
        </w:rPr>
        <w:t>3–5 steps</w:t>
      </w:r>
    </w:p>
    <w:p w14:paraId="140A127B" w14:textId="77777777" w:rsidR="00AE3B17" w:rsidRPr="00AE3B17" w:rsidRDefault="00AE3B17" w:rsidP="00AE3B17">
      <w:pPr>
        <w:numPr>
          <w:ilvl w:val="0"/>
          <w:numId w:val="52"/>
        </w:numPr>
        <w:rPr>
          <w:lang w:val="en-CA"/>
        </w:rPr>
      </w:pPr>
      <w:r w:rsidRPr="00AE3B17">
        <w:rPr>
          <w:lang w:val="en-CA"/>
        </w:rPr>
        <w:t>A simple model</w:t>
      </w:r>
    </w:p>
    <w:p w14:paraId="6173BD64" w14:textId="77777777" w:rsidR="00AE3B17" w:rsidRPr="00AE3B17" w:rsidRDefault="00AE3B17" w:rsidP="00AE3B17">
      <w:pPr>
        <w:numPr>
          <w:ilvl w:val="0"/>
          <w:numId w:val="52"/>
        </w:numPr>
        <w:rPr>
          <w:lang w:val="en-CA"/>
        </w:rPr>
      </w:pPr>
      <w:r w:rsidRPr="00AE3B17">
        <w:rPr>
          <w:lang w:val="en-CA"/>
        </w:rPr>
        <w:t>A checklist</w:t>
      </w:r>
    </w:p>
    <w:p w14:paraId="303594D3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Save-worthy content = algorithm love.</w:t>
      </w:r>
    </w:p>
    <w:p w14:paraId="129B20EC" w14:textId="775A339F" w:rsidR="00AE3B17" w:rsidRPr="00AE3B17" w:rsidRDefault="00AE3B17" w:rsidP="00AE3B17">
      <w:pPr>
        <w:rPr>
          <w:lang w:val="en-CA"/>
        </w:rPr>
      </w:pPr>
    </w:p>
    <w:p w14:paraId="644AAF09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13 – Networking Day</w:t>
      </w:r>
    </w:p>
    <w:p w14:paraId="2029DA0B" w14:textId="77777777" w:rsidR="00AE3B17" w:rsidRPr="00AE3B17" w:rsidRDefault="00AE3B17" w:rsidP="00AE3B17">
      <w:pPr>
        <w:numPr>
          <w:ilvl w:val="0"/>
          <w:numId w:val="53"/>
        </w:numPr>
        <w:rPr>
          <w:lang w:val="en-CA"/>
        </w:rPr>
      </w:pPr>
      <w:r w:rsidRPr="00AE3B17">
        <w:rPr>
          <w:lang w:val="en-CA"/>
        </w:rPr>
        <w:t>Send 5–10 personalized connection requests</w:t>
      </w:r>
      <w:r w:rsidRPr="00AE3B17">
        <w:rPr>
          <w:lang w:val="en-CA"/>
        </w:rPr>
        <w:br/>
        <w:t>Message format:</w:t>
      </w:r>
    </w:p>
    <w:p w14:paraId="009E8F72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“I enjoyed your thoughts on ___ and would love to connect.”</w:t>
      </w:r>
    </w:p>
    <w:p w14:paraId="5DF1CBC6" w14:textId="4D66AF26" w:rsidR="00AE3B17" w:rsidRPr="00AE3B17" w:rsidRDefault="00AE3B17" w:rsidP="00AE3B17">
      <w:pPr>
        <w:rPr>
          <w:lang w:val="en-CA"/>
        </w:rPr>
      </w:pPr>
    </w:p>
    <w:p w14:paraId="20235016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14 – Reflection Post</w:t>
      </w:r>
    </w:p>
    <w:p w14:paraId="05C4232E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Post:</w:t>
      </w:r>
    </w:p>
    <w:p w14:paraId="50863E41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“What I learned this week about [your field]”</w:t>
      </w:r>
    </w:p>
    <w:p w14:paraId="490F1356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Shows thinking depth.</w:t>
      </w:r>
    </w:p>
    <w:p w14:paraId="6265AE45" w14:textId="5A7B4D67" w:rsidR="00AE3B17" w:rsidRDefault="00AE3B17">
      <w:pPr>
        <w:rPr>
          <w:lang w:val="en-CA"/>
        </w:rPr>
      </w:pPr>
      <w:r>
        <w:rPr>
          <w:lang w:val="en-CA"/>
        </w:rPr>
        <w:br w:type="page"/>
      </w:r>
    </w:p>
    <w:p w14:paraId="71DB79B6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lastRenderedPageBreak/>
        <w:t>WEEK 3: AUTHORITY &amp; TRUST (Days 15–21)</w:t>
      </w:r>
    </w:p>
    <w:p w14:paraId="0BD9237F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15 – Case Study / Story</w:t>
      </w:r>
    </w:p>
    <w:p w14:paraId="243373AA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Before → After → Insight</w:t>
      </w:r>
      <w:r w:rsidRPr="00AE3B17">
        <w:rPr>
          <w:lang w:val="en-CA"/>
        </w:rPr>
        <w:br/>
        <w:t>Even small wins count.</w:t>
      </w:r>
    </w:p>
    <w:p w14:paraId="64E900E5" w14:textId="79E34DF7" w:rsidR="00AE3B17" w:rsidRPr="00AE3B17" w:rsidRDefault="00AE3B17" w:rsidP="00AE3B17">
      <w:pPr>
        <w:rPr>
          <w:lang w:val="en-CA"/>
        </w:rPr>
      </w:pPr>
    </w:p>
    <w:p w14:paraId="59D43D9D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16 – Myth-Busting Post</w:t>
      </w:r>
    </w:p>
    <w:p w14:paraId="3E4C8381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Example:</w:t>
      </w:r>
    </w:p>
    <w:p w14:paraId="185DD30B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“A common myth about customer service training…”</w:t>
      </w:r>
    </w:p>
    <w:p w14:paraId="6276050A" w14:textId="0ED41982" w:rsidR="00AE3B17" w:rsidRPr="00AE3B17" w:rsidRDefault="00AE3B17" w:rsidP="00AE3B17">
      <w:pPr>
        <w:rPr>
          <w:lang w:val="en-CA"/>
        </w:rPr>
      </w:pPr>
    </w:p>
    <w:p w14:paraId="64AC4BBD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17 – Engagement Question</w:t>
      </w:r>
    </w:p>
    <w:p w14:paraId="40E27C35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 xml:space="preserve">Ask a </w:t>
      </w:r>
      <w:r w:rsidRPr="00AE3B17">
        <w:rPr>
          <w:b/>
          <w:bCs/>
          <w:lang w:val="en-CA"/>
        </w:rPr>
        <w:t>thinking question</w:t>
      </w:r>
      <w:r w:rsidRPr="00AE3B17">
        <w:rPr>
          <w:lang w:val="en-CA"/>
        </w:rPr>
        <w:t>, not yes/no.</w:t>
      </w:r>
    </w:p>
    <w:p w14:paraId="4BC3E255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Example:</w:t>
      </w:r>
    </w:p>
    <w:p w14:paraId="34CEB1FE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“What skill do you think will matter most in the next 5 years?”</w:t>
      </w:r>
    </w:p>
    <w:p w14:paraId="788F3250" w14:textId="2C5D3557" w:rsidR="00AE3B17" w:rsidRPr="00AE3B17" w:rsidRDefault="00AE3B17" w:rsidP="00AE3B17">
      <w:pPr>
        <w:rPr>
          <w:lang w:val="en-CA"/>
        </w:rPr>
      </w:pPr>
    </w:p>
    <w:p w14:paraId="288A2D7C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18 – Long-Form Insight Post</w:t>
      </w:r>
    </w:p>
    <w:p w14:paraId="57FFC2CA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Write a slightly longer post:</w:t>
      </w:r>
    </w:p>
    <w:p w14:paraId="09E0A9EF" w14:textId="77777777" w:rsidR="00AE3B17" w:rsidRPr="00AE3B17" w:rsidRDefault="00AE3B17" w:rsidP="00AE3B17">
      <w:pPr>
        <w:numPr>
          <w:ilvl w:val="0"/>
          <w:numId w:val="54"/>
        </w:numPr>
        <w:rPr>
          <w:lang w:val="en-CA"/>
        </w:rPr>
      </w:pPr>
      <w:r w:rsidRPr="00AE3B17">
        <w:rPr>
          <w:lang w:val="en-CA"/>
        </w:rPr>
        <w:t>Problem</w:t>
      </w:r>
    </w:p>
    <w:p w14:paraId="0AE3F48B" w14:textId="77777777" w:rsidR="00AE3B17" w:rsidRPr="00AE3B17" w:rsidRDefault="00AE3B17" w:rsidP="00AE3B17">
      <w:pPr>
        <w:numPr>
          <w:ilvl w:val="0"/>
          <w:numId w:val="54"/>
        </w:numPr>
        <w:rPr>
          <w:lang w:val="en-CA"/>
        </w:rPr>
      </w:pPr>
      <w:r w:rsidRPr="00AE3B17">
        <w:rPr>
          <w:lang w:val="en-CA"/>
        </w:rPr>
        <w:t>Analysis</w:t>
      </w:r>
    </w:p>
    <w:p w14:paraId="66292D3E" w14:textId="77777777" w:rsidR="00AE3B17" w:rsidRPr="00AE3B17" w:rsidRDefault="00AE3B17" w:rsidP="00AE3B17">
      <w:pPr>
        <w:numPr>
          <w:ilvl w:val="0"/>
          <w:numId w:val="54"/>
        </w:numPr>
        <w:rPr>
          <w:lang w:val="en-CA"/>
        </w:rPr>
      </w:pPr>
      <w:r w:rsidRPr="00AE3B17">
        <w:rPr>
          <w:lang w:val="en-CA"/>
        </w:rPr>
        <w:t>Perspective</w:t>
      </w:r>
    </w:p>
    <w:p w14:paraId="54B99EEE" w14:textId="77777777" w:rsidR="00AE3B17" w:rsidRPr="00AE3B17" w:rsidRDefault="00AE3B17" w:rsidP="00AE3B17">
      <w:pPr>
        <w:numPr>
          <w:ilvl w:val="0"/>
          <w:numId w:val="54"/>
        </w:numPr>
        <w:rPr>
          <w:lang w:val="en-CA"/>
        </w:rPr>
      </w:pPr>
      <w:r w:rsidRPr="00AE3B17">
        <w:rPr>
          <w:lang w:val="en-CA"/>
        </w:rPr>
        <w:t>Lesson</w:t>
      </w:r>
    </w:p>
    <w:p w14:paraId="7012F084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This attracts senior professionals.</w:t>
      </w:r>
    </w:p>
    <w:p w14:paraId="21A1F2EA" w14:textId="5D3B444C" w:rsidR="00AE3B17" w:rsidRPr="00AE3B17" w:rsidRDefault="00AE3B17" w:rsidP="00AE3B17">
      <w:pPr>
        <w:rPr>
          <w:lang w:val="en-CA"/>
        </w:rPr>
      </w:pPr>
    </w:p>
    <w:p w14:paraId="5CF0B154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19 – Comment Again (Visibility Booster)</w:t>
      </w:r>
    </w:p>
    <w:p w14:paraId="18CFD7CF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Repeat Day 9.</w:t>
      </w:r>
    </w:p>
    <w:p w14:paraId="7896D013" w14:textId="2032F059" w:rsidR="00AE3B17" w:rsidRPr="00AE3B17" w:rsidRDefault="00AE3B17" w:rsidP="00AE3B17">
      <w:pPr>
        <w:rPr>
          <w:lang w:val="en-CA"/>
        </w:rPr>
      </w:pPr>
    </w:p>
    <w:p w14:paraId="4CB96BBA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20 – Belief Post</w:t>
      </w:r>
    </w:p>
    <w:p w14:paraId="00669E1C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lastRenderedPageBreak/>
        <w:t>Share a strong professional belief.</w:t>
      </w:r>
    </w:p>
    <w:p w14:paraId="7BCC3BFC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Example:</w:t>
      </w:r>
    </w:p>
    <w:p w14:paraId="65262C01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“I believe most organizations don’t need more tools—they need better thinking.”</w:t>
      </w:r>
    </w:p>
    <w:p w14:paraId="04731B87" w14:textId="45B7F9C4" w:rsidR="00AE3B17" w:rsidRPr="00AE3B17" w:rsidRDefault="00AE3B17" w:rsidP="00AE3B17">
      <w:pPr>
        <w:rPr>
          <w:lang w:val="en-CA"/>
        </w:rPr>
      </w:pPr>
    </w:p>
    <w:p w14:paraId="4EF3B281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21 – Weekly Summary</w:t>
      </w:r>
    </w:p>
    <w:p w14:paraId="7613DBFF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Post:</w:t>
      </w:r>
    </w:p>
    <w:p w14:paraId="72EBBD5F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“3 insights I learned this week working with people and organizations.”</w:t>
      </w:r>
    </w:p>
    <w:p w14:paraId="58CCC98A" w14:textId="14D7F109" w:rsidR="00AE3B17" w:rsidRDefault="00AE3B17">
      <w:pPr>
        <w:rPr>
          <w:lang w:val="en-CA"/>
        </w:rPr>
      </w:pPr>
      <w:r>
        <w:rPr>
          <w:lang w:val="en-CA"/>
        </w:rPr>
        <w:br w:type="page"/>
      </w:r>
    </w:p>
    <w:p w14:paraId="435C9FDB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lastRenderedPageBreak/>
        <w:t>WEEK 4: CONVERSION &amp; OPPORTUNITIES (Days 22–30)</w:t>
      </w:r>
    </w:p>
    <w:p w14:paraId="536D5D8A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22 – Soft Offer Post</w:t>
      </w:r>
    </w:p>
    <w:p w14:paraId="25AA4DD4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No selling.</w:t>
      </w:r>
      <w:r w:rsidRPr="00AE3B17">
        <w:rPr>
          <w:lang w:val="en-CA"/>
        </w:rPr>
        <w:br/>
        <w:t>Example:</w:t>
      </w:r>
    </w:p>
    <w:p w14:paraId="11787790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“Lately I’ve been helping teams with ___.”</w:t>
      </w:r>
    </w:p>
    <w:p w14:paraId="558F95F8" w14:textId="61B55D9E" w:rsidR="00AE3B17" w:rsidRPr="00AE3B17" w:rsidRDefault="00AE3B17" w:rsidP="00AE3B17">
      <w:pPr>
        <w:rPr>
          <w:lang w:val="en-CA"/>
        </w:rPr>
      </w:pPr>
    </w:p>
    <w:p w14:paraId="00792FF4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23 – DM Relationship Day</w:t>
      </w:r>
    </w:p>
    <w:p w14:paraId="4431437C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Message people who engaged:</w:t>
      </w:r>
    </w:p>
    <w:p w14:paraId="30F6CD75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“Appreciated your interaction—curious what you’re working on.”</w:t>
      </w:r>
    </w:p>
    <w:p w14:paraId="0734C58B" w14:textId="3177F316" w:rsidR="00AE3B17" w:rsidRPr="00AE3B17" w:rsidRDefault="00AE3B17" w:rsidP="00AE3B17">
      <w:pPr>
        <w:rPr>
          <w:lang w:val="en-CA"/>
        </w:rPr>
      </w:pPr>
    </w:p>
    <w:p w14:paraId="0E8B1647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24 – Teaching Post</w:t>
      </w:r>
    </w:p>
    <w:p w14:paraId="08E25ECA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Explain a concept simply.</w:t>
      </w:r>
      <w:r w:rsidRPr="00AE3B17">
        <w:rPr>
          <w:lang w:val="en-CA"/>
        </w:rPr>
        <w:br/>
        <w:t>Simplicity = mastery.</w:t>
      </w:r>
    </w:p>
    <w:p w14:paraId="6F5B1950" w14:textId="1D43148C" w:rsidR="00AE3B17" w:rsidRPr="00AE3B17" w:rsidRDefault="00AE3B17" w:rsidP="00AE3B17">
      <w:pPr>
        <w:rPr>
          <w:lang w:val="en-CA"/>
        </w:rPr>
      </w:pPr>
    </w:p>
    <w:p w14:paraId="14E6F92B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25 – Social Proof Post</w:t>
      </w:r>
    </w:p>
    <w:p w14:paraId="7BF197B2" w14:textId="77777777" w:rsidR="00AE3B17" w:rsidRPr="00AE3B17" w:rsidRDefault="00AE3B17" w:rsidP="00AE3B17">
      <w:pPr>
        <w:numPr>
          <w:ilvl w:val="0"/>
          <w:numId w:val="55"/>
        </w:numPr>
        <w:rPr>
          <w:lang w:val="en-CA"/>
        </w:rPr>
      </w:pPr>
      <w:r w:rsidRPr="00AE3B17">
        <w:rPr>
          <w:lang w:val="en-CA"/>
        </w:rPr>
        <w:t>Testimonial</w:t>
      </w:r>
    </w:p>
    <w:p w14:paraId="7E5586E4" w14:textId="77777777" w:rsidR="00AE3B17" w:rsidRPr="00AE3B17" w:rsidRDefault="00AE3B17" w:rsidP="00AE3B17">
      <w:pPr>
        <w:numPr>
          <w:ilvl w:val="0"/>
          <w:numId w:val="55"/>
        </w:numPr>
        <w:rPr>
          <w:lang w:val="en-CA"/>
        </w:rPr>
      </w:pPr>
      <w:r w:rsidRPr="00AE3B17">
        <w:rPr>
          <w:lang w:val="en-CA"/>
        </w:rPr>
        <w:t>Experience</w:t>
      </w:r>
    </w:p>
    <w:p w14:paraId="3224C327" w14:textId="77777777" w:rsidR="00AE3B17" w:rsidRPr="00AE3B17" w:rsidRDefault="00AE3B17" w:rsidP="00AE3B17">
      <w:pPr>
        <w:numPr>
          <w:ilvl w:val="0"/>
          <w:numId w:val="55"/>
        </w:numPr>
        <w:rPr>
          <w:lang w:val="en-CA"/>
        </w:rPr>
      </w:pPr>
      <w:r w:rsidRPr="00AE3B17">
        <w:rPr>
          <w:lang w:val="en-CA"/>
        </w:rPr>
        <w:t>Numbers (if available)</w:t>
      </w:r>
    </w:p>
    <w:p w14:paraId="475F7F6B" w14:textId="05D5734F" w:rsidR="00AE3B17" w:rsidRPr="00AE3B17" w:rsidRDefault="00AE3B17" w:rsidP="00AE3B17">
      <w:pPr>
        <w:rPr>
          <w:lang w:val="en-CA"/>
        </w:rPr>
      </w:pPr>
    </w:p>
    <w:p w14:paraId="35A7F3F4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26 – Thought Leadership Post</w:t>
      </w:r>
    </w:p>
    <w:p w14:paraId="0746A771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Future-oriented:</w:t>
      </w:r>
    </w:p>
    <w:p w14:paraId="3C925EB0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“In 3 years, skill development will look very different…”</w:t>
      </w:r>
    </w:p>
    <w:p w14:paraId="56474819" w14:textId="68B5494E" w:rsidR="00AE3B17" w:rsidRPr="00AE3B17" w:rsidRDefault="00AE3B17" w:rsidP="00AE3B17">
      <w:pPr>
        <w:rPr>
          <w:lang w:val="en-CA"/>
        </w:rPr>
      </w:pPr>
    </w:p>
    <w:p w14:paraId="07A5CFD6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27 – Comment &amp; Engage</w:t>
      </w:r>
    </w:p>
    <w:p w14:paraId="7F22F5AB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High visibility day again.</w:t>
      </w:r>
    </w:p>
    <w:p w14:paraId="7B379269" w14:textId="0DCA2A9A" w:rsidR="00AE3B17" w:rsidRPr="00AE3B17" w:rsidRDefault="00AE3B17" w:rsidP="00AE3B17">
      <w:pPr>
        <w:rPr>
          <w:lang w:val="en-CA"/>
        </w:rPr>
      </w:pPr>
    </w:p>
    <w:p w14:paraId="1DF8B890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lastRenderedPageBreak/>
        <w:t>Day 28 – Clear CTA Post</w:t>
      </w:r>
    </w:p>
    <w:p w14:paraId="69CD2DDF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Example:</w:t>
      </w:r>
    </w:p>
    <w:p w14:paraId="7F65C1BD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“If you’re building a serious learning culture, let’s talk.”</w:t>
      </w:r>
    </w:p>
    <w:p w14:paraId="7DC667EB" w14:textId="1FD113B0" w:rsidR="00AE3B17" w:rsidRPr="00AE3B17" w:rsidRDefault="00AE3B17" w:rsidP="00AE3B17">
      <w:pPr>
        <w:rPr>
          <w:lang w:val="en-CA"/>
        </w:rPr>
      </w:pPr>
    </w:p>
    <w:p w14:paraId="3F8D90BE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29 – Profile Review &amp; Adjust</w:t>
      </w:r>
    </w:p>
    <w:p w14:paraId="34F691EE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Check:</w:t>
      </w:r>
    </w:p>
    <w:p w14:paraId="7249272F" w14:textId="77777777" w:rsidR="00AE3B17" w:rsidRPr="00AE3B17" w:rsidRDefault="00AE3B17" w:rsidP="00AE3B17">
      <w:pPr>
        <w:numPr>
          <w:ilvl w:val="0"/>
          <w:numId w:val="56"/>
        </w:numPr>
        <w:rPr>
          <w:lang w:val="en-CA"/>
        </w:rPr>
      </w:pPr>
      <w:r w:rsidRPr="00AE3B17">
        <w:rPr>
          <w:lang w:val="en-CA"/>
        </w:rPr>
        <w:t>Which posts worked?</w:t>
      </w:r>
    </w:p>
    <w:p w14:paraId="7B711A1A" w14:textId="77777777" w:rsidR="00AE3B17" w:rsidRPr="00AE3B17" w:rsidRDefault="00AE3B17" w:rsidP="00AE3B17">
      <w:pPr>
        <w:numPr>
          <w:ilvl w:val="0"/>
          <w:numId w:val="56"/>
        </w:numPr>
        <w:rPr>
          <w:lang w:val="en-CA"/>
        </w:rPr>
      </w:pPr>
      <w:r w:rsidRPr="00AE3B17">
        <w:rPr>
          <w:lang w:val="en-CA"/>
        </w:rPr>
        <w:t>Who engaged?</w:t>
      </w:r>
    </w:p>
    <w:p w14:paraId="3D03442B" w14:textId="77777777" w:rsidR="00AE3B17" w:rsidRPr="00AE3B17" w:rsidRDefault="00AE3B17" w:rsidP="00AE3B17">
      <w:pPr>
        <w:numPr>
          <w:ilvl w:val="0"/>
          <w:numId w:val="56"/>
        </w:numPr>
        <w:rPr>
          <w:lang w:val="en-CA"/>
        </w:rPr>
      </w:pPr>
      <w:r w:rsidRPr="00AE3B17">
        <w:rPr>
          <w:lang w:val="en-CA"/>
        </w:rPr>
        <w:t>Update headline or banner if needed.</w:t>
      </w:r>
    </w:p>
    <w:p w14:paraId="415AEEAD" w14:textId="32ED1431" w:rsidR="00AE3B17" w:rsidRPr="00AE3B17" w:rsidRDefault="00AE3B17" w:rsidP="00AE3B17">
      <w:pPr>
        <w:rPr>
          <w:lang w:val="en-CA"/>
        </w:rPr>
      </w:pPr>
    </w:p>
    <w:p w14:paraId="58834082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Day 30 – Anchor Post</w:t>
      </w:r>
    </w:p>
    <w:p w14:paraId="3E4E9704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 xml:space="preserve">Your </w:t>
      </w:r>
      <w:r w:rsidRPr="00AE3B17">
        <w:rPr>
          <w:b/>
          <w:bCs/>
          <w:lang w:val="en-CA"/>
        </w:rPr>
        <w:t>signature post</w:t>
      </w:r>
      <w:r w:rsidRPr="00AE3B17">
        <w:rPr>
          <w:lang w:val="en-CA"/>
        </w:rPr>
        <w:t>:</w:t>
      </w:r>
    </w:p>
    <w:p w14:paraId="68043B7C" w14:textId="77777777" w:rsidR="00AE3B17" w:rsidRPr="00AE3B17" w:rsidRDefault="00AE3B17" w:rsidP="00AE3B17">
      <w:pPr>
        <w:numPr>
          <w:ilvl w:val="0"/>
          <w:numId w:val="57"/>
        </w:numPr>
        <w:rPr>
          <w:lang w:val="en-CA"/>
        </w:rPr>
      </w:pPr>
      <w:r w:rsidRPr="00AE3B17">
        <w:rPr>
          <w:lang w:val="en-CA"/>
        </w:rPr>
        <w:t>Your philosophy</w:t>
      </w:r>
    </w:p>
    <w:p w14:paraId="056AE562" w14:textId="77777777" w:rsidR="00AE3B17" w:rsidRPr="00AE3B17" w:rsidRDefault="00AE3B17" w:rsidP="00AE3B17">
      <w:pPr>
        <w:numPr>
          <w:ilvl w:val="0"/>
          <w:numId w:val="57"/>
        </w:numPr>
        <w:rPr>
          <w:lang w:val="en-CA"/>
        </w:rPr>
      </w:pPr>
      <w:r w:rsidRPr="00AE3B17">
        <w:rPr>
          <w:lang w:val="en-CA"/>
        </w:rPr>
        <w:t>Your journey</w:t>
      </w:r>
    </w:p>
    <w:p w14:paraId="70EE9234" w14:textId="77777777" w:rsidR="00AE3B17" w:rsidRPr="00AE3B17" w:rsidRDefault="00AE3B17" w:rsidP="00AE3B17">
      <w:pPr>
        <w:numPr>
          <w:ilvl w:val="0"/>
          <w:numId w:val="57"/>
        </w:numPr>
        <w:rPr>
          <w:lang w:val="en-CA"/>
        </w:rPr>
      </w:pPr>
      <w:r w:rsidRPr="00AE3B17">
        <w:rPr>
          <w:lang w:val="en-CA"/>
        </w:rPr>
        <w:t>Your value</w:t>
      </w:r>
    </w:p>
    <w:p w14:paraId="0B6BB82D" w14:textId="77777777" w:rsidR="00AE3B17" w:rsidRPr="00AE3B17" w:rsidRDefault="00AE3B17" w:rsidP="00AE3B17">
      <w:pPr>
        <w:numPr>
          <w:ilvl w:val="0"/>
          <w:numId w:val="57"/>
        </w:numPr>
        <w:rPr>
          <w:lang w:val="en-CA"/>
        </w:rPr>
      </w:pPr>
      <w:r w:rsidRPr="00AE3B17">
        <w:rPr>
          <w:lang w:val="en-CA"/>
        </w:rPr>
        <w:t>Your direction</w:t>
      </w:r>
    </w:p>
    <w:p w14:paraId="3E853D63" w14:textId="77777777" w:rsidR="00AE3B17" w:rsidRPr="00AE3B17" w:rsidRDefault="00AE3B17" w:rsidP="00AE3B17">
      <w:pPr>
        <w:rPr>
          <w:lang w:val="en-CA"/>
        </w:rPr>
      </w:pPr>
      <w:r w:rsidRPr="00AE3B17">
        <w:rPr>
          <w:lang w:val="en-CA"/>
        </w:rPr>
        <w:t>Pin it to your profile.</w:t>
      </w:r>
    </w:p>
    <w:p w14:paraId="1890CACC" w14:textId="5C79B67D" w:rsidR="00AE3B17" w:rsidRDefault="00AE3B17">
      <w:pPr>
        <w:rPr>
          <w:lang w:val="en-CA"/>
        </w:rPr>
      </w:pPr>
      <w:r>
        <w:rPr>
          <w:lang w:val="en-CA"/>
        </w:rPr>
        <w:br w:type="page"/>
      </w:r>
    </w:p>
    <w:p w14:paraId="445AB56C" w14:textId="77777777" w:rsidR="00AE3B17" w:rsidRPr="00AE3B17" w:rsidRDefault="00AE3B17" w:rsidP="00AE3B17">
      <w:pPr>
        <w:rPr>
          <w:lang w:val="en-CA"/>
        </w:rPr>
      </w:pPr>
    </w:p>
    <w:p w14:paraId="05C0A0B2" w14:textId="77777777" w:rsidR="00AE3B17" w:rsidRPr="00AE3B17" w:rsidRDefault="00AE3B17" w:rsidP="00AE3B17">
      <w:pPr>
        <w:rPr>
          <w:b/>
          <w:bCs/>
          <w:lang w:val="en-CA"/>
        </w:rPr>
      </w:pPr>
      <w:r w:rsidRPr="00AE3B17">
        <w:rPr>
          <w:b/>
          <w:bCs/>
          <w:lang w:val="en-CA"/>
        </w:rPr>
        <w:t>Posting Frequency (Simple Rule)</w:t>
      </w:r>
    </w:p>
    <w:p w14:paraId="49E18310" w14:textId="77777777" w:rsidR="00AE3B17" w:rsidRPr="00AE3B17" w:rsidRDefault="00AE3B17" w:rsidP="00AE3B17">
      <w:pPr>
        <w:numPr>
          <w:ilvl w:val="0"/>
          <w:numId w:val="58"/>
        </w:numPr>
        <w:rPr>
          <w:lang w:val="en-CA"/>
        </w:rPr>
      </w:pPr>
      <w:r w:rsidRPr="00AE3B17">
        <w:rPr>
          <w:lang w:val="en-CA"/>
        </w:rPr>
        <w:t>3–5 posts per week</w:t>
      </w:r>
    </w:p>
    <w:p w14:paraId="3D6159BB" w14:textId="7DAA015C" w:rsidR="00AD7811" w:rsidRPr="00AE3B17" w:rsidRDefault="00AE3B17" w:rsidP="00AE3B17">
      <w:pPr>
        <w:numPr>
          <w:ilvl w:val="0"/>
          <w:numId w:val="58"/>
        </w:numPr>
        <w:rPr>
          <w:lang w:val="en-CA"/>
        </w:rPr>
      </w:pPr>
      <w:r w:rsidRPr="00AE3B17">
        <w:rPr>
          <w:lang w:val="en-CA"/>
        </w:rPr>
        <w:t>Consistency &gt; perfection</w:t>
      </w:r>
    </w:p>
    <w:sectPr w:rsidR="00AD7811" w:rsidRPr="00AE3B17" w:rsidSect="00B45C29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107D0" w14:textId="77777777" w:rsidR="00546CEA" w:rsidRDefault="00546CEA" w:rsidP="00624AD4">
      <w:pPr>
        <w:spacing w:after="0" w:line="240" w:lineRule="auto"/>
      </w:pPr>
      <w:r>
        <w:separator/>
      </w:r>
    </w:p>
  </w:endnote>
  <w:endnote w:type="continuationSeparator" w:id="0">
    <w:p w14:paraId="16A2E532" w14:textId="77777777" w:rsidR="00546CEA" w:rsidRDefault="00546CEA" w:rsidP="00624A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airo">
    <w:panose1 w:val="00000000000000000000"/>
    <w:charset w:val="00"/>
    <w:family w:val="auto"/>
    <w:pitch w:val="variable"/>
    <w:sig w:usb0="A00020AF" w:usb1="9000204B" w:usb2="00000008" w:usb3="00000000" w:csb0="000000D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581EA" w14:textId="1B83CDE7" w:rsidR="00624AD4" w:rsidRPr="00FF22CF" w:rsidRDefault="00624AD4" w:rsidP="00FF22CF">
    <w:pPr>
      <w:pStyle w:val="Footer"/>
      <w:ind w:right="-999" w:hanging="993"/>
      <w:jc w:val="center"/>
      <w:rPr>
        <w:sz w:val="20"/>
        <w:szCs w:val="20"/>
        <w:lang w:val="en-CA"/>
      </w:rPr>
    </w:pPr>
    <w:proofErr w:type="spellStart"/>
    <w:r w:rsidRPr="00FF22CF">
      <w:rPr>
        <w:sz w:val="20"/>
        <w:szCs w:val="20"/>
        <w:lang w:val="en-CA"/>
      </w:rPr>
      <w:t>eskills</w:t>
    </w:r>
    <w:proofErr w:type="spellEnd"/>
    <w:r w:rsidR="00FF22CF" w:rsidRPr="00FF22CF">
      <w:rPr>
        <w:sz w:val="20"/>
        <w:szCs w:val="20"/>
        <w:lang w:val="en-CA"/>
      </w:rPr>
      <w:t>,</w:t>
    </w:r>
    <w:r w:rsidRPr="00FF22CF">
      <w:rPr>
        <w:sz w:val="20"/>
        <w:szCs w:val="20"/>
        <w:lang w:val="en-CA"/>
      </w:rPr>
      <w:t xml:space="preserve"> SBU in </w:t>
    </w:r>
    <w:proofErr w:type="spellStart"/>
    <w:r w:rsidRPr="00FF22CF">
      <w:rPr>
        <w:sz w:val="20"/>
        <w:szCs w:val="20"/>
        <w:lang w:val="en-CA"/>
      </w:rPr>
      <w:t>Jareed</w:t>
    </w:r>
    <w:proofErr w:type="spellEnd"/>
    <w:r w:rsidRPr="00FF22CF">
      <w:rPr>
        <w:sz w:val="20"/>
        <w:szCs w:val="20"/>
        <w:lang w:val="en-CA"/>
      </w:rPr>
      <w:t xml:space="preserve"> Corp. Canada</w:t>
    </w:r>
    <w:r w:rsidR="00FF22CF" w:rsidRPr="00FF22CF">
      <w:rPr>
        <w:sz w:val="20"/>
        <w:szCs w:val="20"/>
        <w:lang w:val="en-CA"/>
      </w:rPr>
      <w:t xml:space="preserve"> Tel. +16476242553 - KSA Riyadh Tel. +6993019032 - eskills.jareed.ca</w:t>
    </w:r>
    <w:r w:rsidR="00FF22CF">
      <w:rPr>
        <w:sz w:val="20"/>
        <w:szCs w:val="20"/>
        <w:lang w:val="en-CA"/>
      </w:rPr>
      <w:t>- info@jareed.ca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17EFD" w14:textId="77777777" w:rsidR="00546CEA" w:rsidRDefault="00546CEA" w:rsidP="00624AD4">
      <w:pPr>
        <w:spacing w:after="0" w:line="240" w:lineRule="auto"/>
      </w:pPr>
      <w:r>
        <w:separator/>
      </w:r>
    </w:p>
  </w:footnote>
  <w:footnote w:type="continuationSeparator" w:id="0">
    <w:p w14:paraId="4872C822" w14:textId="77777777" w:rsidR="00546CEA" w:rsidRDefault="00546CEA" w:rsidP="00624A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3325" w:type="dxa"/>
      <w:tblInd w:w="-88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004"/>
      <w:gridCol w:w="3827"/>
      <w:gridCol w:w="5494"/>
    </w:tblGrid>
    <w:tr w:rsidR="006D1441" w14:paraId="45F89484" w14:textId="77777777" w:rsidTr="006D1441">
      <w:tc>
        <w:tcPr>
          <w:tcW w:w="4004" w:type="dxa"/>
          <w:tcBorders>
            <w:right w:val="single" w:sz="4" w:space="0" w:color="auto"/>
          </w:tcBorders>
        </w:tcPr>
        <w:p w14:paraId="2B021758" w14:textId="3F8EBE43" w:rsidR="006D1441" w:rsidRDefault="006D1441" w:rsidP="00624AD4">
          <w:pPr>
            <w:pStyle w:val="Header"/>
            <w:rPr>
              <w:lang w:val="en-CA"/>
            </w:rPr>
          </w:pPr>
          <w:r w:rsidRPr="008C599A">
            <w:rPr>
              <w:rFonts w:ascii="Cairo" w:hAnsi="Cairo" w:cs="Cairo"/>
              <w:noProof/>
              <w:sz w:val="20"/>
              <w:szCs w:val="20"/>
            </w:rPr>
            <w:drawing>
              <wp:inline distT="0" distB="0" distL="0" distR="0" wp14:anchorId="6225EEF9" wp14:editId="2B06EB2E">
                <wp:extent cx="1457232" cy="516103"/>
                <wp:effectExtent l="0" t="0" r="0" b="0"/>
                <wp:docPr id="1995652819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74771" cy="522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7" w:type="dxa"/>
          <w:tcBorders>
            <w:left w:val="single" w:sz="4" w:space="0" w:color="auto"/>
            <w:right w:val="single" w:sz="4" w:space="0" w:color="auto"/>
          </w:tcBorders>
        </w:tcPr>
        <w:p w14:paraId="6DFA5E29" w14:textId="77777777" w:rsidR="006D1441" w:rsidRDefault="006D1441" w:rsidP="006D1441">
          <w:pPr>
            <w:pStyle w:val="Header"/>
            <w:ind w:right="-107"/>
            <w:rPr>
              <w:sz w:val="20"/>
              <w:szCs w:val="20"/>
              <w:lang w:val="en-CA"/>
            </w:rPr>
          </w:pPr>
          <w:r>
            <w:rPr>
              <w:sz w:val="20"/>
              <w:szCs w:val="20"/>
              <w:lang w:val="en-CA"/>
            </w:rPr>
            <w:t xml:space="preserve">Template name: </w:t>
          </w:r>
        </w:p>
        <w:p w14:paraId="03F1929C" w14:textId="552E5832" w:rsidR="006D1441" w:rsidRDefault="006D1441" w:rsidP="006D1441">
          <w:pPr>
            <w:pStyle w:val="Header"/>
            <w:ind w:right="-107"/>
            <w:rPr>
              <w:sz w:val="20"/>
              <w:szCs w:val="20"/>
              <w:lang w:val="en-CA"/>
            </w:rPr>
          </w:pPr>
          <w:r w:rsidRPr="006D1441">
            <w:rPr>
              <w:sz w:val="20"/>
              <w:szCs w:val="20"/>
              <w:lang w:val="en-CA"/>
            </w:rPr>
            <w:t>30-Day LinkedIn Personal Branding Plan</w:t>
          </w:r>
        </w:p>
        <w:p w14:paraId="4ED40C9C" w14:textId="75308392" w:rsidR="006D1441" w:rsidRPr="006D1441" w:rsidRDefault="006D1441" w:rsidP="006D1441">
          <w:pPr>
            <w:pStyle w:val="Header"/>
            <w:ind w:right="-107"/>
            <w:rPr>
              <w:sz w:val="20"/>
              <w:szCs w:val="20"/>
              <w:lang w:val="en-CA"/>
            </w:rPr>
          </w:pPr>
          <w:r>
            <w:rPr>
              <w:sz w:val="20"/>
              <w:szCs w:val="20"/>
              <w:lang w:val="en-CA"/>
            </w:rPr>
            <w:t xml:space="preserve">Template No.: </w:t>
          </w:r>
          <w:r w:rsidRPr="006D1441">
            <w:rPr>
              <w:sz w:val="20"/>
              <w:szCs w:val="20"/>
              <w:lang w:val="en-CA"/>
            </w:rPr>
            <w:t>ekills202600</w:t>
          </w:r>
          <w:r>
            <w:rPr>
              <w:sz w:val="20"/>
              <w:szCs w:val="20"/>
              <w:lang w:val="en-CA"/>
            </w:rPr>
            <w:t>99</w:t>
          </w:r>
        </w:p>
      </w:tc>
      <w:tc>
        <w:tcPr>
          <w:tcW w:w="5494" w:type="dxa"/>
          <w:tcBorders>
            <w:left w:val="single" w:sz="4" w:space="0" w:color="auto"/>
          </w:tcBorders>
        </w:tcPr>
        <w:p w14:paraId="271A388D" w14:textId="799F99E2" w:rsidR="006D1441" w:rsidRPr="00624AD4" w:rsidRDefault="006D1441" w:rsidP="008300CA">
          <w:pPr>
            <w:pStyle w:val="Header"/>
            <w:ind w:right="-107"/>
            <w:rPr>
              <w:sz w:val="20"/>
              <w:szCs w:val="20"/>
              <w:lang w:val="en-CA"/>
            </w:rPr>
          </w:pPr>
          <w:r>
            <w:rPr>
              <w:sz w:val="20"/>
              <w:szCs w:val="20"/>
              <w:lang w:val="en-GB"/>
            </w:rPr>
            <w:t xml:space="preserve">                                  </w:t>
          </w:r>
          <w:r w:rsidRPr="00AE3B17">
            <w:rPr>
              <w:color w:val="7F7F7F" w:themeColor="background1" w:themeShade="7F"/>
              <w:spacing w:val="60"/>
              <w:sz w:val="20"/>
              <w:szCs w:val="20"/>
              <w:lang w:val="en-GB"/>
            </w:rPr>
            <w:t>Page</w:t>
          </w:r>
          <w:r w:rsidRPr="00AE3B17">
            <w:rPr>
              <w:sz w:val="20"/>
              <w:szCs w:val="20"/>
              <w:lang w:val="en-GB"/>
            </w:rPr>
            <w:t xml:space="preserve"> | </w:t>
          </w:r>
          <w:r w:rsidRPr="00AE3B17">
            <w:rPr>
              <w:sz w:val="20"/>
              <w:szCs w:val="20"/>
              <w:lang w:val="en-GB"/>
            </w:rPr>
            <w:fldChar w:fldCharType="begin"/>
          </w:r>
          <w:r w:rsidRPr="00AE3B17">
            <w:rPr>
              <w:sz w:val="20"/>
              <w:szCs w:val="20"/>
              <w:lang w:val="en-GB"/>
            </w:rPr>
            <w:instrText xml:space="preserve"> PAGE   \* MERGEFORMAT </w:instrText>
          </w:r>
          <w:r w:rsidRPr="00AE3B17">
            <w:rPr>
              <w:sz w:val="20"/>
              <w:szCs w:val="20"/>
              <w:lang w:val="en-GB"/>
            </w:rPr>
            <w:fldChar w:fldCharType="separate"/>
          </w:r>
          <w:r w:rsidRPr="00AE3B17">
            <w:rPr>
              <w:b/>
              <w:bCs/>
              <w:noProof/>
              <w:sz w:val="20"/>
              <w:szCs w:val="20"/>
              <w:lang w:val="en-GB"/>
            </w:rPr>
            <w:t>1</w:t>
          </w:r>
          <w:r w:rsidRPr="00AE3B17">
            <w:rPr>
              <w:b/>
              <w:bCs/>
              <w:noProof/>
              <w:sz w:val="20"/>
              <w:szCs w:val="20"/>
              <w:lang w:val="en-GB"/>
            </w:rPr>
            <w:fldChar w:fldCharType="end"/>
          </w:r>
        </w:p>
        <w:p w14:paraId="1C294812" w14:textId="77777777" w:rsidR="006D1441" w:rsidRDefault="006D1441" w:rsidP="008300CA">
          <w:pPr>
            <w:pStyle w:val="Header"/>
            <w:ind w:right="-107"/>
            <w:rPr>
              <w:sz w:val="20"/>
              <w:szCs w:val="20"/>
              <w:lang w:val="en-CA"/>
            </w:rPr>
          </w:pPr>
        </w:p>
        <w:p w14:paraId="0A464CAF" w14:textId="38FB4F98" w:rsidR="006D1441" w:rsidRDefault="006D1441" w:rsidP="008300CA">
          <w:pPr>
            <w:pStyle w:val="Header"/>
            <w:ind w:right="-107"/>
            <w:rPr>
              <w:lang w:val="en-CA"/>
            </w:rPr>
          </w:pPr>
          <w:r w:rsidRPr="00624AD4">
            <w:rPr>
              <w:sz w:val="20"/>
              <w:szCs w:val="20"/>
              <w:lang w:val="en-CA"/>
            </w:rPr>
            <w:t>Designed by: Ashraf Ghareeb</w:t>
          </w:r>
        </w:p>
      </w:tc>
    </w:tr>
  </w:tbl>
  <w:p w14:paraId="5805FE3B" w14:textId="77777777" w:rsidR="00624AD4" w:rsidRPr="00624AD4" w:rsidRDefault="00624AD4" w:rsidP="00624AD4">
    <w:pPr>
      <w:pStyle w:val="Header"/>
      <w:rPr>
        <w:lang w:val="en-C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5843C7"/>
    <w:multiLevelType w:val="multilevel"/>
    <w:tmpl w:val="EF46F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4990BA6"/>
    <w:multiLevelType w:val="multilevel"/>
    <w:tmpl w:val="0DC48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4FB46AA"/>
    <w:multiLevelType w:val="multilevel"/>
    <w:tmpl w:val="742E9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5193394"/>
    <w:multiLevelType w:val="multilevel"/>
    <w:tmpl w:val="0074E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51D463F"/>
    <w:multiLevelType w:val="multilevel"/>
    <w:tmpl w:val="1E200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E70E56"/>
    <w:multiLevelType w:val="multilevel"/>
    <w:tmpl w:val="45BCC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7DF39A1"/>
    <w:multiLevelType w:val="multilevel"/>
    <w:tmpl w:val="4EFA4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F6E2F03"/>
    <w:multiLevelType w:val="multilevel"/>
    <w:tmpl w:val="5E9E5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FAC7A15"/>
    <w:multiLevelType w:val="multilevel"/>
    <w:tmpl w:val="AC1E8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1B46414"/>
    <w:multiLevelType w:val="multilevel"/>
    <w:tmpl w:val="21949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2296EF2"/>
    <w:multiLevelType w:val="multilevel"/>
    <w:tmpl w:val="2AD49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4DD1128"/>
    <w:multiLevelType w:val="multilevel"/>
    <w:tmpl w:val="D1A2E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64A38B0"/>
    <w:multiLevelType w:val="multilevel"/>
    <w:tmpl w:val="1374C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C4C44AF"/>
    <w:multiLevelType w:val="multilevel"/>
    <w:tmpl w:val="62DAE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E931F7F"/>
    <w:multiLevelType w:val="multilevel"/>
    <w:tmpl w:val="F8A8C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F511799"/>
    <w:multiLevelType w:val="multilevel"/>
    <w:tmpl w:val="002AB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3400BB2"/>
    <w:multiLevelType w:val="multilevel"/>
    <w:tmpl w:val="A01E3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3A777CA"/>
    <w:multiLevelType w:val="multilevel"/>
    <w:tmpl w:val="8140E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D1778C9"/>
    <w:multiLevelType w:val="multilevel"/>
    <w:tmpl w:val="0CBE2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6627B51"/>
    <w:multiLevelType w:val="multilevel"/>
    <w:tmpl w:val="4800B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73D5642"/>
    <w:multiLevelType w:val="multilevel"/>
    <w:tmpl w:val="D5E66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BC52C1F"/>
    <w:multiLevelType w:val="multilevel"/>
    <w:tmpl w:val="D27C8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DBB6404"/>
    <w:multiLevelType w:val="multilevel"/>
    <w:tmpl w:val="5D3E8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18C69F9"/>
    <w:multiLevelType w:val="multilevel"/>
    <w:tmpl w:val="6908D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751304E"/>
    <w:multiLevelType w:val="multilevel"/>
    <w:tmpl w:val="9B382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B1525AA"/>
    <w:multiLevelType w:val="multilevel"/>
    <w:tmpl w:val="4EC2B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E695211"/>
    <w:multiLevelType w:val="multilevel"/>
    <w:tmpl w:val="1A1E6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1B5613D"/>
    <w:multiLevelType w:val="multilevel"/>
    <w:tmpl w:val="400C8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3D00E01"/>
    <w:multiLevelType w:val="multilevel"/>
    <w:tmpl w:val="BC94F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5934194"/>
    <w:multiLevelType w:val="multilevel"/>
    <w:tmpl w:val="1450C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66C3E2C"/>
    <w:multiLevelType w:val="multilevel"/>
    <w:tmpl w:val="A3601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8DF3509"/>
    <w:multiLevelType w:val="multilevel"/>
    <w:tmpl w:val="94F63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DBC4FCC"/>
    <w:multiLevelType w:val="multilevel"/>
    <w:tmpl w:val="00FA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23671F0"/>
    <w:multiLevelType w:val="multilevel"/>
    <w:tmpl w:val="C3121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3BE46CB"/>
    <w:multiLevelType w:val="multilevel"/>
    <w:tmpl w:val="16FC4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4666DE2"/>
    <w:multiLevelType w:val="multilevel"/>
    <w:tmpl w:val="7584D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6715952"/>
    <w:multiLevelType w:val="multilevel"/>
    <w:tmpl w:val="ACBE6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9E13DA9"/>
    <w:multiLevelType w:val="multilevel"/>
    <w:tmpl w:val="5F1A0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D093AF7"/>
    <w:multiLevelType w:val="multilevel"/>
    <w:tmpl w:val="B24CB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D3A2093"/>
    <w:multiLevelType w:val="multilevel"/>
    <w:tmpl w:val="DBE2F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E296705"/>
    <w:multiLevelType w:val="multilevel"/>
    <w:tmpl w:val="DEC25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F573452"/>
    <w:multiLevelType w:val="multilevel"/>
    <w:tmpl w:val="CB809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0165905"/>
    <w:multiLevelType w:val="multilevel"/>
    <w:tmpl w:val="C9C8B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191246D"/>
    <w:multiLevelType w:val="multilevel"/>
    <w:tmpl w:val="604CC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36A6751"/>
    <w:multiLevelType w:val="multilevel"/>
    <w:tmpl w:val="DC5A0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4373E29"/>
    <w:multiLevelType w:val="multilevel"/>
    <w:tmpl w:val="B8DE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67D58DC"/>
    <w:multiLevelType w:val="multilevel"/>
    <w:tmpl w:val="6B840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DE102B1"/>
    <w:multiLevelType w:val="multilevel"/>
    <w:tmpl w:val="DD107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E4C106C"/>
    <w:multiLevelType w:val="multilevel"/>
    <w:tmpl w:val="87DA5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6255955">
    <w:abstractNumId w:val="8"/>
  </w:num>
  <w:num w:numId="2" w16cid:durableId="1735544988">
    <w:abstractNumId w:val="6"/>
  </w:num>
  <w:num w:numId="3" w16cid:durableId="293567078">
    <w:abstractNumId w:val="5"/>
  </w:num>
  <w:num w:numId="4" w16cid:durableId="438598556">
    <w:abstractNumId w:val="4"/>
  </w:num>
  <w:num w:numId="5" w16cid:durableId="1919512588">
    <w:abstractNumId w:val="7"/>
  </w:num>
  <w:num w:numId="6" w16cid:durableId="364795551">
    <w:abstractNumId w:val="3"/>
  </w:num>
  <w:num w:numId="7" w16cid:durableId="748381608">
    <w:abstractNumId w:val="2"/>
  </w:num>
  <w:num w:numId="8" w16cid:durableId="440346518">
    <w:abstractNumId w:val="1"/>
  </w:num>
  <w:num w:numId="9" w16cid:durableId="1159035957">
    <w:abstractNumId w:val="0"/>
  </w:num>
  <w:num w:numId="10" w16cid:durableId="1029064158">
    <w:abstractNumId w:val="40"/>
  </w:num>
  <w:num w:numId="11" w16cid:durableId="1335180715">
    <w:abstractNumId w:val="17"/>
  </w:num>
  <w:num w:numId="12" w16cid:durableId="1845976904">
    <w:abstractNumId w:val="19"/>
  </w:num>
  <w:num w:numId="13" w16cid:durableId="1161776762">
    <w:abstractNumId w:val="20"/>
  </w:num>
  <w:num w:numId="14" w16cid:durableId="1130973654">
    <w:abstractNumId w:val="41"/>
  </w:num>
  <w:num w:numId="15" w16cid:durableId="668752302">
    <w:abstractNumId w:val="46"/>
  </w:num>
  <w:num w:numId="16" w16cid:durableId="96487411">
    <w:abstractNumId w:val="31"/>
  </w:num>
  <w:num w:numId="17" w16cid:durableId="231038684">
    <w:abstractNumId w:val="12"/>
  </w:num>
  <w:num w:numId="18" w16cid:durableId="1243367880">
    <w:abstractNumId w:val="42"/>
  </w:num>
  <w:num w:numId="19" w16cid:durableId="1552109138">
    <w:abstractNumId w:val="30"/>
  </w:num>
  <w:num w:numId="20" w16cid:durableId="1826893893">
    <w:abstractNumId w:val="45"/>
  </w:num>
  <w:num w:numId="21" w16cid:durableId="561336035">
    <w:abstractNumId w:val="10"/>
  </w:num>
  <w:num w:numId="22" w16cid:durableId="832063780">
    <w:abstractNumId w:val="24"/>
  </w:num>
  <w:num w:numId="23" w16cid:durableId="494343493">
    <w:abstractNumId w:val="22"/>
  </w:num>
  <w:num w:numId="24" w16cid:durableId="521895758">
    <w:abstractNumId w:val="29"/>
  </w:num>
  <w:num w:numId="25" w16cid:durableId="1661687539">
    <w:abstractNumId w:val="21"/>
  </w:num>
  <w:num w:numId="26" w16cid:durableId="1789005403">
    <w:abstractNumId w:val="9"/>
  </w:num>
  <w:num w:numId="27" w16cid:durableId="554632861">
    <w:abstractNumId w:val="55"/>
  </w:num>
  <w:num w:numId="28" w16cid:durableId="1165243941">
    <w:abstractNumId w:val="16"/>
  </w:num>
  <w:num w:numId="29" w16cid:durableId="944770678">
    <w:abstractNumId w:val="48"/>
  </w:num>
  <w:num w:numId="30" w16cid:durableId="598560061">
    <w:abstractNumId w:val="15"/>
  </w:num>
  <w:num w:numId="31" w16cid:durableId="2016107762">
    <w:abstractNumId w:val="51"/>
  </w:num>
  <w:num w:numId="32" w16cid:durableId="1478716471">
    <w:abstractNumId w:val="11"/>
  </w:num>
  <w:num w:numId="33" w16cid:durableId="155802126">
    <w:abstractNumId w:val="38"/>
  </w:num>
  <w:num w:numId="34" w16cid:durableId="1052192104">
    <w:abstractNumId w:val="25"/>
  </w:num>
  <w:num w:numId="35" w16cid:durableId="2013338936">
    <w:abstractNumId w:val="28"/>
  </w:num>
  <w:num w:numId="36" w16cid:durableId="936207332">
    <w:abstractNumId w:val="26"/>
  </w:num>
  <w:num w:numId="37" w16cid:durableId="731124909">
    <w:abstractNumId w:val="57"/>
  </w:num>
  <w:num w:numId="38" w16cid:durableId="503663790">
    <w:abstractNumId w:val="52"/>
  </w:num>
  <w:num w:numId="39" w16cid:durableId="663359382">
    <w:abstractNumId w:val="44"/>
  </w:num>
  <w:num w:numId="40" w16cid:durableId="339039913">
    <w:abstractNumId w:val="50"/>
  </w:num>
  <w:num w:numId="41" w16cid:durableId="1383283987">
    <w:abstractNumId w:val="39"/>
  </w:num>
  <w:num w:numId="42" w16cid:durableId="602417978">
    <w:abstractNumId w:val="34"/>
  </w:num>
  <w:num w:numId="43" w16cid:durableId="1971859496">
    <w:abstractNumId w:val="18"/>
  </w:num>
  <w:num w:numId="44" w16cid:durableId="1532919468">
    <w:abstractNumId w:val="23"/>
  </w:num>
  <w:num w:numId="45" w16cid:durableId="1496611252">
    <w:abstractNumId w:val="36"/>
  </w:num>
  <w:num w:numId="46" w16cid:durableId="924850273">
    <w:abstractNumId w:val="33"/>
  </w:num>
  <w:num w:numId="47" w16cid:durableId="1916620253">
    <w:abstractNumId w:val="54"/>
  </w:num>
  <w:num w:numId="48" w16cid:durableId="1293753631">
    <w:abstractNumId w:val="35"/>
  </w:num>
  <w:num w:numId="49" w16cid:durableId="1874339553">
    <w:abstractNumId w:val="43"/>
  </w:num>
  <w:num w:numId="50" w16cid:durableId="953947293">
    <w:abstractNumId w:val="32"/>
  </w:num>
  <w:num w:numId="51" w16cid:durableId="446393695">
    <w:abstractNumId w:val="14"/>
  </w:num>
  <w:num w:numId="52" w16cid:durableId="1851487436">
    <w:abstractNumId w:val="27"/>
  </w:num>
  <w:num w:numId="53" w16cid:durableId="1243175971">
    <w:abstractNumId w:val="13"/>
  </w:num>
  <w:num w:numId="54" w16cid:durableId="496464756">
    <w:abstractNumId w:val="56"/>
  </w:num>
  <w:num w:numId="55" w16cid:durableId="402027683">
    <w:abstractNumId w:val="47"/>
  </w:num>
  <w:num w:numId="56" w16cid:durableId="1747603737">
    <w:abstractNumId w:val="37"/>
  </w:num>
  <w:num w:numId="57" w16cid:durableId="773983975">
    <w:abstractNumId w:val="53"/>
  </w:num>
  <w:num w:numId="58" w16cid:durableId="2005469061">
    <w:abstractNumId w:val="4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4377C"/>
    <w:rsid w:val="0015074B"/>
    <w:rsid w:val="0029639D"/>
    <w:rsid w:val="002C7CFF"/>
    <w:rsid w:val="00326F90"/>
    <w:rsid w:val="003E2C4C"/>
    <w:rsid w:val="004008F0"/>
    <w:rsid w:val="00546CEA"/>
    <w:rsid w:val="00624AD4"/>
    <w:rsid w:val="006D1441"/>
    <w:rsid w:val="008300CA"/>
    <w:rsid w:val="00966E14"/>
    <w:rsid w:val="00AA1D8D"/>
    <w:rsid w:val="00AD7811"/>
    <w:rsid w:val="00AE3B17"/>
    <w:rsid w:val="00B45C29"/>
    <w:rsid w:val="00B47730"/>
    <w:rsid w:val="00C46A26"/>
    <w:rsid w:val="00C5734F"/>
    <w:rsid w:val="00CB0664"/>
    <w:rsid w:val="00DF04B6"/>
    <w:rsid w:val="00F04F3C"/>
    <w:rsid w:val="00F6572D"/>
    <w:rsid w:val="00FC693F"/>
    <w:rsid w:val="00FF2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00D8942"/>
  <w14:defaultImageDpi w14:val="300"/>
  <w15:docId w15:val="{5534D6F2-B381-48B1-86CA-E204BA76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B17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F04F3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4F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12</Pages>
  <Words>728</Words>
  <Characters>4155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4874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ashraf ghareeb</cp:lastModifiedBy>
  <cp:revision>4</cp:revision>
  <dcterms:created xsi:type="dcterms:W3CDTF">2026-01-07T00:24:00Z</dcterms:created>
  <dcterms:modified xsi:type="dcterms:W3CDTF">2026-01-07T00:42:00Z</dcterms:modified>
  <cp:category/>
</cp:coreProperties>
</file>